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6Co/508/2014 z 26. 4. 2015</w:t>
      </w:r>
    </w:p>
    <w:p>
      <w:r>
        <w:t>Rozsudok Krajského súdu Bratislava z 26. apríla 2015, sp. zn. 6Co/508/2014, ECLI:SK:KSBA:2015:1111245014.1</w:t>
      </w:r>
    </w:p>
    <w:p>
      <w:r>
        <w:t>Súd: Krajský súd Bratislava</w:t>
      </w:r>
    </w:p>
    <w:p>
      <w:r>
        <w:t>Spisová značka: 6Co/508/2014</w:t>
      </w:r>
    </w:p>
    <w:p>
      <w:r>
        <w:t>ECLI: ECLI:SK:KSBA:2015:1111245014.1</w:t>
      </w:r>
    </w:p>
    <w:p>
      <w:r>
        <w:t>Dátum vydania: 26. 4. 2015</w:t>
      </w:r>
    </w:p>
    <w:p>
      <w:r>
        <w:t>Forma: Rozsudok</w:t>
      </w:r>
    </w:p>
    <w:p>
      <w:r>
        <w:t>Oblasť práva: Občianske právo</w:t>
      </w:r>
    </w:p>
    <w:p>
      <w:pPr>
        <w:pStyle w:val="Heading2"/>
      </w:pPr>
      <w:r>
        <w:t>Text rozhodnutia</w:t>
      </w:r>
    </w:p>
    <w:p>
      <w:r>
        <w:t>Súd: Krajský súd Bratislava Spisová značka: 6Co/508/2014 Identifikačné číslo súdneho spisu: 1111245014 Dátum vydania rozhodnutia: 27. 04. 2015 Meno a priezvisko sudcu, VSÚ: JUDr. Martin Murgaš ECLI: ECLI:SK:KSBA:2015:1111245014.1 ROZSUDOK V MENE SLOVENSKEJ REPUBLIKY Krajský súd v Bratislave, v senáte zloženom z predsedu senátu JUDr. Martina Murgaša a členov senátu Mgr. Barbory Bartekovej a JUDr. Branislava Krála, v právnej veci žalobkyne: X.É. W., V. B., F. H.. Č.. XX, zast. Advokátskou kanceláriou FUTEJ &amp; Partners s. r. o., Radlinského ul. č. 2, Bratislava, proti žalovanej: Slovenská republika, zast. Národnou bankou Slovenska, ul. Imricha Karvaša č. 1, Bratislava, o zaplatenie 1.328,43 eur s prísl., na odvolanie žalobkyne proti rozsudku Okresného súdu Bratislava I z 12. marca 2014, č. k. 25C/221/2011-172 a proti uzneseniu tohto súdu z 20. júna 2014, č. k. 25C/221/2011-193, pomerom hlasov 3 : 0, takto r o z h o d o l : Rozsudok súdu prvého stupňa sa v napadnutom výroku p o t v r d z u j e. Napadnuté uznesenie súdu prvého stupňa sa p o t v r d z u j e. Žalovanej sa n e p r i z n á v a náhrada trov odvolacieho konania. o d ô v o d n e n i e : Napadnutým rozsudkom súd prvého stupňa zamietol žalobu, ktorou sa žalobkyňa proti žalovanej domáhala zaplatenia sumy 1.328,43 eur s prísl., z titulu náhrady škody, spôsobenej nesprávnym úradným postupom žalovanej, pri vykonávaní bankového dohľadu nad činnosťou PODIELOVÉHO DRUŽSTVA SLOVENSKÉ INVESTÍCIE (ďalej len „PDSI,“ „družstvo“) a obchodníka s cennými papiermi (ďalej len „obchodník s CP“). Súd prvého stupňa napadnutým rozsudkom zamietol aj návrh žalobkyne na začatie prejudiciálneho konania pred Súdnym dvorom Európskej únie, podľa článku 267 Zmluvy o fungovaní Európskej únie. Žalovanej súd prvého stupňa nepriznal náhradu trov konania. Súd prvého stupňa vykonaným dokazovaním zistil, že Úrad pre finančný trh (ďalej len "úrad") rozhodnutím zo dňa 21. 3. 2002 schválil Družstvu Prospekt investície, pri ktorom Družstvo požiadalo návrhom na začatie konania, doručeným úradu dňa 16. 4. 2003 o schválenie jeho dodatku. Úrad Družstvo v upozornení z 13. 5. 2003 oboznámil o splnení podmienok pre schválenie tohto dodatku podľa § 127 ods. 4, v spojení s § 122 ods. 7 zákona č. 566/2001 Z. z. Prílohou žiadosti Družstva bola aj zápisnica z riadnej členskej schôdze Družstva zo dňa 9. 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02. 06. 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Rozhodnutím z 8. 1. 2008, č. OPK-9750/3/2007 O. na základe kontroly vykonanej v roku 2007 uložila obchodníkovi s cennými papiermi pokutu vo výške 500.000,- Sk, za porušenie v rozhodnutí špecifikovaných ustanovení zákona č. 566/2001 Z. z. Banková rada O. V. F. v konaní o rozklade predmetné prvostupňové rozhodnutie rozhodnutím zo 7. 5. 2008, č. GUV-841/2008 zrušila a vrátila vec na opätovné prejednanie a rozhodnutie. Následne O. rozhodnutím zo dňa 20. 8. 2008, č. OPK-9750-5/2007, uložila obchodníkovi s cennými papiermi opätovne pokutu, a to vo výške 300.000,- Sk za porušenie ustanovení § 54 ods. 2, § 73 ods. 1 písm. a/, § 74 ods. 1, ods. 7 písm. b/ zákona č. 566/2001 Z. z. Medzičasom O. V. F. rozhodnutím z 22. 4. 2008, č. OPK-2744-5/2007- PLP zmenila podľa § 59 ods. 4 zákona č. 566/2001 Z. z. obchodníkovi s cennými papiermi povolenie na poskytovanie investičných služieb, udelené rozhodnutím zo dňa 22. 04. 2003 a povolila, okrem iného,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obchodníka s cennými papiermi zo zmluvy o riadení portfólia zo dňa 30. 03. 2010, Družstvo požiadalo listom z 15. 4. 2010 O. V. F. o preskúmanie postupu obchodníka s cennými papiermi a o výkon dohľadu na mieste dôvodiac,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obchodník s cennými papiermi spôsobiť pri plnení zmluvy a ktorá podľa predbežnej kalkulácie dosahovala sumu viac než 20 miliónov eur. Ďalším listom zo dňa 23. 4. 2010 žiadalo Družstvo O. V. F. o zjednanie nápravy v činnosti obchodníka s cennými papiermi, pretože tento si neplnil svoje základné povinnosti voči Družstvu, ako subjektu dohliadanému zo strany O., spočívajúce v zabezpečení zhodnotenia finančných prostriedkov jemu zverených do správy. O. V. F. listom zo dňa 30. 4. 2010 a následne urgenciou zo dňa 30. 6. 2010, požiadala predsedu predstavenstva Družstva a aj Družstvo samotné, o predloženie špecifikovanej písomnej informácie a dokumentácie k zmluve za účelom dohľadu na mieste. V súvislosti s oznámením Družstva z 10. 05. 2010 o tom, že ročná finančná správa Družstva za rok 2009 bola uverejnená na internetovej stránke, O. V. F. upozornila Družstvo listom zo dňa 14. 5. 2010, že ročná finančná správa za rok 2009 neobsahuje náležitosti podľa zákona č. 566/2001 Z. z., žiadala o jej doplnenie a súčasné upozornenie používateľov internetu, že účtovná závierka za rok 2009 nebola overená audítorom a bude v zmysle rozhodnutia predstavenstva Družstva prepracovaná. Podľa správy audítora pre predstavenstvo Družstva z 30. 07. 2010 pre nedostatok informácií a pre nemožnosť otvoriť účtovníctvo Družstva za rok 2009 nemohol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O. V. F. si listom z 01. 06. 2010 vyžiadala od Družstva bližšie špecifikované doklady, najmä uzavreté kúpne zmluvy, generálne splnomocnenia pre C.. G. Č., C.. K. L., N.. na zastupovanie Družstva, ako aj doklady o finančnom vysporiadaní podľa Zmluvy o kúpe cenných papierov zo dňa 5. 10. 2009. O. V. F. vydala dňa 12. 7. 2010 rozhodnutie o predbežnom opatrení, č. ODT-8305/2010, ktorým podľa § 25 ods. 1 písm. a/ zákona č. 747/2004 Z. z. o dohľade nad finančným trhom, uložila obchodníkovi s cennými papiermi povinnosť zdržať sa nakladania s majetkom klientov, ktorý mu bol zverený bez písomného súhlasu O., keďže na základe oznámenia klientov, najmä Družstva, vzniklo dôvodné podozrenie z možného poškodenia klientov obchodníka s cennými papiermi. Rozhodnutím z 21. 12. 2010, č. ODT-8305-5/2010, O. podľa § 144 ods. 1 písm. l/ zák. č. 566/2001 Z. z. odobrala obchodníkovi s cennými papiermi povolenie na poskytovanie investičných služieb z dôvodov podľa § 156 ods. 2 písm. a/, § 55 ods. 7, 9, § 85 ods. 2, v spojení s § 84 ods. 1 písm. b/, § 76 ods. 2 a § 77 ods. 7 zákona č. 566/2001 Z. z. Správnosť predmetného rozhodnutia potvrdila v konaní o rozklade Banková rada O. V. F. rozhodnutím z 1. 3. 2011, č. GUV-274/2011. O. V. F. rozhodnutím z 26. 08.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O. V. F. rozhodnutím zo 07. 12. 2010 č. GUV-1744/2010. Uvedeným rozhodnutiam predchádzala výzva O. zo dňa 10. 5. 2010 na odstránenie nedostatkov žiadosti o schválenie Prospektu investície zo dňa 28. 4. 2010, ako aj doplnenia dodatku k Prospektu investície, pričom rozhodnutím z 10. 5. 2010 č. OPK-5664/1-2/2010 O. prerušila konanie podľa § 21 ods. 1 písm. a/ zákona č. 747/2004 Z. z. o dohľade. V poradí ďalším rozhodnutím z 30. 5. 2011 č. ODT-10890-4/2010 O.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O. sa pritom dozvedela, že u Družstva nastali také zmeny, pre ktoré sa Prospekt investície stal neaktuálny a Družstvo neurobilo žiadne kroky k náprave a k tomu, aby stav Družstva uviedlo do súladu s údajmi v Prospekte investície. O. oznámila na svojej webovej stránke obsah predmetného rozhodnutia, ktoré nadobudlo právoplatnosť dňa 18. 07. 2011. O. V. F., zistiac pri výkone dohľadu na diaľku niektoré skutočnosti nasvedčujúce tomu, že neznámym páchateľom bol spáchaný skutok, ktorý by mohol naplniť znaky skutkovej podstaty trestného činu, podala dňa 27. 07. 2010 trestné oznámenie. Listom z 26. 4. 2007 požiadala O. V. F.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9. 5. 2007, pričom spolu s listom zo dňa 20. 08. 2007 predložilo audítorskú správu a konsolidovanú účtovanú závierku za rok 2006. Družstvo reagovalo dňa 02. 06. 2008 i na žiadosť o odstránenie nedostatkov náležitostí polročnej správy za I. polrok 2007 a dňa 08. 09. 2008 vo vzťahu k polročnej finančnej správe za polrok 2008. Podľa zápisu z prerokovania problémov a nezrovnalostí z 24. 08. 2007 O. z predložených údajov o majetkovej štruktúre Družstva zistila, že majetok vložený do investičných nástrojov Družstva, je tvorený podielmi v družstvách EDSI, KPDSI a DDSI a na 98,85 % podielom zmenkami emitenta CI HOLDING, a. s. Keďže v zmysle prijatej investičnej stratégie v Prospekte investície by angažovanosť voči jednému emitentovi nemala prekročiť 30 % podielu na celkových aktívach vyhlasovateľa verejnej ponuky, a podiel emitenta CI HOLDING, a. s. na celkových aktívach predstavovala 91,45 %, Družstvo v tomto smere nedodržuje Prospekt investície. O. preto považovala za vhodné, aby sa v aktívach Družstva nachádzali finančné nástroje aj iných subjektov, ako subjektov nachádzajúcich sa v skupine CI HOLDING, a. s., z dôvodu rozloženia investičného rizika. Za týmto účelom odporučila O. zosúladiť štruktúru aktív Družstva podľa schváleného Prospektu investície najneskôr do 31. 12. 2007 a Družstvo sa zaviazalo zaslať písomné stanovisko o spôsobe riešenia daného stavu do 15. 10. 2007. V rámci reakcie splnomocnený zástupca Družstva U.. G. B. v liste z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 29. 1. 2008 informovalo O., že od 1. 1. 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žalobkyňou na CD nosiči súd prvého stupňa zistil, že sa v nich nachádza 1/ výzva O. na predloženie dokladov, a to kópií všetkých zápisníc z rokovania členských schôdzí Družstva za rok 2007, 2008 a 2009 spolu s vydaniami časopisu Podielnik za rovnaké obdobie, 2/ zápisnica z rokovania náhradnej členskej schôdze Družstva z 3. 3. 2009, ktorej predmetom bolo okrem iného i schválenie správy predstavenstva, ročnej účtovnej závierky za rok 2008, návrhu na rozdelenie zisku a výplaty podielov na zisku za rok 2008, 3/ zápisnica z rokovania náhradnej mimoriadnej členskej schôdze Družstva zo dňa 23. 10. 2009, na ktorej táto schválila návrh na úpravu investičnej stratégie a plán zhodnotenia a činnosti na rok 2010, 4/ správa o finančnej situácii Družstva ku dňu 31. 12. 2009, 5/ oznámenia o aktuálnej hodnote základných členských vkladov v príslušnom období, pričom v súvislosti s oznámením zo dňa 21. 10. 2009 O. V. F. listom zo dňa 27. 10. 2009 informovala Družstvo, že oznámenie spĺňa požiadavky podľa § 129 ods. 1 zákona č. 566/2001 Z. z., a keďže neobsahuje údaje uvedené v § 129 ods. 2 tohto zákona, nemá dôvod zakázať jeho zverejnenie, 6/ vyrozumenie KR PZ v Bratislave o odstúpení oznámenia na členov štatutárneho orgánu Družstva, ohľadne podozrenia z naplnenia znakov skutkovej podstaty trestného činu sprenevery podľa § 213 ods. 1, 4 písm. a/ Tr. zák. a trestného činu porušovania povinnosti pri správe cudzieho majetku podľa § 237 ods. 1, 3, písm. b/ Tr. zák. na Úrad boja proti korupcii Prezídia Policajného zboru, 7/ list zo dňa 27. 07. 2010, ktorým Družstvo reagovalo na vyjadrenia obchodníka s cennými papiermi ohľadne okolností výpovede zmluvy o riadení portfólia. Vo vzťahu k obchodníkovi s cennými papiermi súd prvého stupňa z listinných dokladov predložených na CD nosiči zistil, že po obdržaní vyúčtovaní k zmluve o riadení portfólia z 8. 1. 2010 Družstvo vo vyjadrení z 19. 03. 2010 upozorňovalo obchodníka s cennými papiermi na závažný nesúlad skutočnej finančnej kondície portfólia, ktoré na základe zmluvy obchodník riadil a obhospodaroval, oproti prezentovaným výsledkom podľa vyúčtovania zo dňa 8. 1. 2010. Listom z 12. 4. 2010 Družstvo vyzvalo obchodníka s cennými papiermi na predloženie správy o zhodnotení finančných prostriedkov za 4. štvrťrok 2009 a za 1. štvrťrok 2010 v súlade so zmluvou najneskôr do 16. 04. 2010. Listom zo 16. 04. 2010 Družstvo oznámilo obchodníkovi s cennými papiermi predbežnú stratu v sume 24.764.991,- eur, spôsobenú jeho konaním, ktoré zároveň považovalo za závažné porušenie zmluvných povinností, ako aj povinností stanovených právnymi predpismi a súčasne obchodníka s cennými papiermi vyzvalo, aby v lehote do 15 dní od doručenia listu vzniknutú stratu aj nahradil. Listom z 03. 05. 2010 a opätovne zo 17. 05. 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 05. 2010 Družstvo vyzvalo obchodníka s cennými papiermi na vrátenie neoprávnene vyplatenej odmeny vo výške 228.954,- eur a na doplatenie rozdielu zhodnotenia portfólia za IV. kvartál 2009 a I. kvartál 2010, pretože portfólio Družstva nebolo zhodnotené na zmluvne stanovenú 8 %-nú úroveň a bolo vo výraznej strate. Zo spisu Okresného súdu Bratislava I sp. zn. 19C/56/2011 súd prvého stupňa zistil, že ide o právnu vec žalobcu PODIELOVÉ DRUŽSTVO SLOVENSKÉ INVESTÍCIE proti žalovanej SR - O. V. F. a predmetom uvedeného konania je náhrada škody vo výške 63.163.426,03 eur s prísl., ktorá mala byť spôsobená nesprávnym úradným postupom O. podľa § 9 zákona č. 514/2003 Z. z. Ten mal spočívať v tom, že a/ zistiac závažné nedostatky v činnosti obchodníka s cennými papiermi pri výkone dohľadu nad jeho činnosťou O. neurobila riadne a včas úkony, potrebné pre nápravu nedostatkov a ani na ich zamedzenie do budúcna, b/ O. neurobila potrebné opatrenia na zabránenie vzniku škody na majetku Družstva, najmä ho neupozornila včas na riziká, vyplývajúce z činnosti obchodníka s cennými papiermi, c/ O. nezasiahla včas a účinne voči obchodníkovi s cennými papiermi na základe podnetu Družstva z 15. 04. 2010, ani nereagovala na jeho list z 26. 04. 2010, ktorým dalo podnet na vyhlásenie obchodníka s cennými papiermi za neschopného plniť svoje záväzky voči klientom, a tak spôsobila, že obchodník s cennými papiermi mohol pokračovať v protiprávnom konaní na ujmu Družstva a toto si nemohlo uplatniť nárok na náhradu za nedostupný klientsky majetok u garančného fondu investícií, a napokon d/ inými zbytočnými prieťahmi, resp. nečinnosťou, O. spôsobila, že neprijala vhodné opatrenia (sankcie) na zabezpečenie, aby obchodník s cennými papiermi nemohol nakladať so svojim majetkom inak, než za účelom uspokojenia pohľadávky Družstva. Škoda, ktorej úhrady sa Družstvo domáhalo v sume 63.163.426,03 eur predstavovala skutočnú škodu v sume 26.575.807,88 eur a ušlý zisk v sume 36.587.618,15 eur, z toho skutočná škoda pozostávala 1/ zo sumy 19.649.001,52 eur, ktorú obchodník s cennými papiermi prijal od Družstva, ako klienta a zodpovedala základnému imaniu Družstva, 2/ zo sumy 1.571.920,12 eur ako zhodnotenia 8 % zo sumy 19.649.001,52 eur, 3/ zo sumy 4.958.228,- eur ako peňažných prostriedkov, zverených obchodníkovi s cennými papiermi, za predané krátkodobé a dlhodobé zmenky a 4/ zo sumy 396.658,24 eur ako zhodnotenia 8 % p. a. zo sumy 4.958.228,- eur. Predmetné konanie nie je právoplatne skončené. Ďalej súd prvého stupňa v rámci zisťovania skutkového stavu zistil, že Okresný súd Bratislava I uznesením z 11. 04. 2011 č. k. 3K/95/2010, ktoré nadobudlo právoplatnosť dňa 05. 05. 2011, vyhlásil konkurz na majetok Družstva, ako úpadcu a do funkcie správcu bol ustanovený U.. U. G.. Ten podal dňa 24. 08. 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O..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 s. (do, ktorej patril aj úpadca), okrem iného je uplatnený aj nárok voči Advokátskej kancelárii Futej &amp; Partners s. r. 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spoločnosti úpadcu, je uplatnený nárok úpadcu proti SR zastúpenej O.,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právoplatné skončené. Pokiaľ ide o vecnú a časovú špecifikáciu nesprávneho úradného postupu žalovanej, žalobkyňa poukazovala na podanie - doplnenie žaloby z 11. 4. 2013. Uviedla, že sa stala členom Družstva na základe prihlášky zo dňa 08. 02. 2005. Žalobkyňa uskutočnila vklad finančných prostriedkov v sume 464,71 eur dňa 7. 3. 2006. Podľa rozhodnutia predstavenstva družstva zo dňa 20. 4. 2010 sa žalobkyňa stala vlastníčkou členského podielu v celkovej hodnote 1.328,43 eur. Žalobkyňa požiadala o zrušenie členstva v Družstve žiadosťou zo dňa 23. 2. 2011 ku dňu 30. 3. 2011. Samotná škoda v uplatňovanej výške zodpovedá finančným prostriedkom vloženým žalobkyňou do družstva formou členského vkladu respektíve hodnote vyrovnacieho podielu žalobkyne v družstve. Žalobkyňa požiadala O. o predbežné prerokovanie nároku na náhradu škody. Jej nárok nebol ani čiastočne uspokojený. Žalobkyňa, ako veriteľ, prihlásila svoju pohľadávku voči Družstvu do konkurzu, prebiehajúceho na Okresnom súde Bratislava I pod sp. zn. 3K/95/2010 vo výške 1.328,43 eur, ktorú pohľadávku správca konkurznej podstaty poprel a žalobkyňa podala na súd incidenčnú žalobu voči správcovi konkurznej podstaty; konanie je vedené pod sp. zn. 1Cbi/329/2011. Z tohto skutkového stavu súd prvého stupňa vyvodil záver, že žaloba nie je dôvodná. Súd 1. stupňa vec posúdil po právnej stránke, s poukazom na § 3 ods. 1 písm. d/, ods. 2, § 9 ods. 1, § 15 ods. 1, § 17 ods. 1 zák. č. 514/2003 Z. z. Podľa súdu prvého stupňa, žalobkyňa v konaní nepreukázala vznik škody, ani nesprávny úradný postup O., vo vzťahu k Družstvu. S poukazom na ustálenú judikatúru Najvyššieho súdu SR a ČR (rozhodnutia Najvyššieho súdu SR sp. zn. 4Cz/110/84, sp. zn. 4Cdo/199/2005, rozhodnutie Najvyššieho súdu ČR sp. zn. 25Cdo/1404/2004) mal za to,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 z., a tým ani predpoklad existencie škody. Vzhľadom na to súd prvého stupňa uzavrel, že žalobkyňa sa, ako bývalý člen Družstva, s ktorým bola v právnom vzťahu a z ktorého jej v prípade vystúpenia vzniklo právo na vyplatenie vyrovnacieho podielu, musí domáhať zaplatenia svojej pohľadávky voči Družstvu, keďže Družstvo je vo vzťahu k nej v pozícii dlžníka/povinného, resp. osoby, ktorá je povinná žalobkyni vydať získaný prospech v podobe vyrovnacieho podielu. Žalobkyňa si síce uplatnila formou prihlášky v konkurze vyhlásenom na majetok Družstva pohľadávku voči Družstvu, avšak v čase rozhodovania súdu nepreukázala bezúspešnosť uplatňovania svojich práv voči Družstvu. Žalobkyňa podľa súdu prvého stupňa nepreukázala ani nesprávny úradný postup žalovanej. Tento mal podľa neho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8. 2007 a v 3/ prijatí nedostatočných opatrení na nápravu protiprávneho stavu po zistení závažných pochybení obchodníka pri činnosti voči Družstvu. V tomto smere súd prvého stupňa poukázal na to, že dohľad O. nad činnosťou Družstva, ako vyhlasovateľa verejnej ponuky majetkových hodnôt, bol regulovaný zákonom č. 566/2001 Z. 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01. 01. 2009 i povinnosť aktualizácie Prospektu investície podľa § 125c ods. 1, v spojení s § 127 ods. 4 zák. č. 566/2001 Z. z. a od 01. 6. 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O.. Ak štatutárny orgán Družstva nesplnil povinnosť a o nových významných skutočnostiach nepredložil dodatok k Prospektu investície, O. V. F.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O. V. F. totiž nemala právomoc vykonávať dohľad nad celkovou činnosťou Družstva. Družstvo až do 15. 04. 2010, kedy požiadalo o preskúmanie postupu obchodníka s cennými papiermi, nesignalizovalo O.E. V. F. zhoršenie jeho finančnej situácie, príp. nedostatky v činnosti obchodníka s cennými papiermi. Pri výkone dohľadu na mieste samom v dňoch od 20. 4. do 6. 5. 2010 O. V. F. zistila zmeny v údajoch v Prospekte investície, ktoré by mohli ovplyvniť hodnotenie majetkových hodnôt, s následkom neaktuálnosti Prospektu investície, nie však jeho neplatnosti (ako sa mylne domnievala žalobkyňa), pretože zo žiadnych ustanovení zák. č. 566/2001 Z. z. nevyplýva neplatnosť Prospektu investície pre neaktuálnosť jeho údajov (tá sa vzťahuje len na Prospekt cenných papierov podľa § 123 zákona č. 566/2001 Z. z). O. V. F. vyzvala Družstvo na predloženie žiadosti o schválenie dodatku Prospektu investície. Ako vyplýva z rozhodnutia O. 26. 8. 2010 č. OPK-5664/1-5/2010, Družstvo predmetnú žiadosť O. V. F. síce predložilo, táto však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Medzičasom O.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O.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8. 2007, súd prvého stupňa poukázal na to, že predmetom konania je nesprávny úradný postup žalovanej, a nie obchodníka s cennými papiermi; preto v priamej príčinnej súvislosti s ním mohla vzniknúť škoda len Družstvu a nie žalobcovi. Žalobca nebol v žiadnom záväzkovom ani inom vzťahu s obchodníkom s cennými papiermi. Účastníkom takého vzťahu, vzniknutého na základe zmluvy o riadení portfólia, bolo len Družstvo a z tohto právneho vzťahu vyplývali práva a povinnosti len jeho účastníkom. Dohľad O. V. F. bol limitovaný zákonom č. 566/2001 Z. z. a vzhľadom na to, sa informácie a podklady, ktoré mala O. zisťovať v rámci predmetu dohľadu podľa § 135 ods. 2 a § 137 ods. 2 zák. č. 747/2004 Z. z.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O. V. F. na základe údajov o štruktúre majetku Družstva k 31. 12. 2005 a k 31. 12. 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O. V. F.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8. 2007 a súčasne dala odporúčania na nápravu tohto stavu. O. V. F. v danom období (po 24. 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najmä jednotlivých rozhodnutí O. o uložení pokút vo výške 500.000,- Sk, resp. vo výške 300.000,- Sk (rozhodnutie z 8. 1. 2008 č. OPK 9750/3/2007, resp. rozhodnutie z 20. 8. 2008 č. OPK-9750-5/2007) je zrejmé, že O. V. F. sledovala aj činnosť obchodníka s cennými papiermi, pričom nebolo jej povinnosťou informovať Družstvo o výsledných zisteniach. Zák. č. 747/2004 Z. z. o dohľade totiž v § 2 ods. 2 ustanovuje, že dohľad nad dohliadanými subjektmi je neverejný a konanie pred O.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žalobkyne,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Návrh na začatie prejudiciálneho konania pred súdnym dvorom Európskej únie súd prvého stupňa zamietol s odôvodnením, že nie je povinný predložiť prejudiciálnu otázku, formulovanú žalobcom, súdnemu dvoru, pretože sa nejedná o súd rozhodujúci v poslednom stupni, proti rozhodnutiu, ktorého nie je prípustný opravný prostriedok a nejde tu ani o posúdenie platnosti ustanovenia práva únie, ale výlučne o otázku výkladu práva Európskej únie, respektíve jeho porušenia. Zároveň je názoru, že nie je ani dôvod na žalobkyňou navrhovaný postup súdu, keďže odpovede na prejudiciálne otázky žalobkyne nie sú podľa súdu potrebné na rozhodnutie vo veci. Predmetom konania vo veci, je totiž nárok žalobkyne na náhradu škody, z titulu zodpovednosti štátu za tvrdený nesprávny úradný postup O.. Ten mal okrem iného spočívať aj v zanedbaní dohľadu O. nad činnosťou družstva, ako vyhlasovateľa verejnej ponuky majetkových hodnôt, ktorá spadala pod predmet úpravy zákona číslo 566/2001 Z. z. Do tohto zákona bola transponovaná smernica európskeho parlamentu a rady č. 2003/71/ES zo dňa 4. 11. 2003 o prospekte, ktorý sa zverejňuje pri verejnej ponuke cenných papierov alebo ich prijatí na obchodovanie, a o zmene a doplnení smernice 2001/34/ES, (viď bod 7. zoznamu prebraných právne záväzných aktov EU) ktorá sa týka primárne právnej úpravy, vzťahujúcej sa k prospektu, ktorý sa zverejňuje pri verejnej ponuke cenných papierov alebo ich prijatí na obchodovanie. Jej účelom, ktorý je vyjadrený i v článku 1 ods. 1,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pritom považujú prevoditeľné cenné papiere, definované v článku 1 odseku 4 smernice Rady č. 93/22/EHS z 10. 5. 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žalobkyňou označená smernica Európskeho parlamentu a Rady č. 2003/71/Es zo dňa 4. 11. 2003, sa primárne aplikuje na prospekt zverejňovaný pri verejnej ponuke cenných papierov a ich prijatí na obchodovanie. O trovách konania súd prvého stupňa rozhodol podľa § 142 ods. 1 O. s. p. a ich náhradu úspešnej žalovanej nepriznal, pretože jej žiadne trovy nevznikli. Proti tomuto rozhodnutiu podala odvolanie žalobkyňa a napadla ním výrok, ktorým bola zamietnutá žaloba o náhradu škody. Navrhla, aby odvolací súd rozsudok súdu prvého stupňa v napadnutom výroku zmenil tak, že žalobe vyhovie, alebo aby ho v tejto časti zrušil a vec v tomto rozsahu vrátil súdu prvého stupňa na ďalšie konanie. Žalobkyňa namietala, že súd prvého stupňa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Poukázala na to, že sa spoliehala, že nedôjde ku škode na jej úkor, pretože vychádzala z garancie žalovanej, ako orgánu dohľadu. Nemohla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 z., ale nevykonávala dohľad nad celkovou činnosťou družstva, je irelevantný, ak žalobkyňa nemohla o takto zúženom dohľade orgánu dohľadu vedieť. Nie je podľa žalobkyne správny záver súdu prvého stupňa o tom, že neexistuje príčinná súvislosť medzi škodou vzniknutou žalobkyni a porušením zákonných povinností žalovanou, spočívajúcom v nesprávnom výkone dohľadu, ktorým bol porušený zákon č. 566/2001 Z. z. Ku škode žalobkyne došlo v rámci porušenia zákonnej povinnosti žalovanej vykonávať zákonom stanovené povinnosti dohľadu a nie v dôsledku toho, že žalobkyňa nebola „bdelá.“ Súd prvého stupňa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O. podľa § 137 ods. 2 zákona o cenných papieroch je a bolo zisťovanie a vyhodnocovanie informácií a podkladov o skutočnostiach, ktoré sa týkajú dohliadaných subjektov aj ich činnosti, pričom podľa § 135 ods. 1 zákona, ktorý platí v tomto znení už od 1. 5. 2007, družstvo ako vyhlasovateľ verejnej ponuky majetkových hodnôt, ako aj obchodník, patrili a patria k povinne dohliadaným subjektom zo strany O.. Podľa § 135 ods. 2 zákona o cenných papieroch mala žalovaná zisťovať - čo v prípade družstva, ani obchodníka s cennými papiermi neurobila - všetky informácie a podklady o dodržiavaní, resp. nedodržiavaní povolenia na činnosť vydaných O. družstvu a obchodníkovi, čo v prípade družstva bol prospekt investícií, vydaný ešte vtedajším úradom pre finančný trh a následne pravidelne dodatkovaný zo strany O.. Povinný zákonný dohľad zo strany O.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O. už v roku 2007 pri kontrole družstva zistila, že družstvo má z hľadiska rizikovosti portfólia nedostatočne rozložené portfólio, ktoré bolo tvorené zmenkou jediného emitenta, a to spoločnosti CI holding a. s., ktorý v tom čase akcionársky vlastnil obchodníka. Inými slovami, družstvo malo všetky peňažné prostriedky, získané od žalobcov, investované v subjekte personálne a majetkovo prepojenom s obchodníkom a družstvom. V konaní sp. zn. 7C/206/2011 sa ďalej zistilo, že O. sa po tomto zistení o rizikovosti portfólia družstva uspokojila s takou nápravou stavu, že toto portfólio bolo následne po tomto vytknutí zo strany O.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C.. G. Č., vtedajší predseda predstavenstva obchodníka. To znamená, že O. aj naďalej akceptovala stav, že celé portfólio družstva je rozložené a investované do prepojených subjektov s CI holding, a. s., a obchodníkom. Následne v roku 2008 O. vydala právoplatné sankčné rozhodnutie voči obchodníkovi, v ktorom konštatovala, že obchodník porušil zákon o cenných papieroch vo viacerých podstatných ohľadoch. Ani po vydaní tohto rozhodnutia O., okrem udelenej bezvýznamnej pokuty vo výške 10.000,- euro, rovnako ani po zisteniach vo vzťahu k samotnému družstvu z roku 2007, nevyužila svoje kompetencie v zmysle zákona o cenných papieroch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žalobcom vložených prostriedkov do družstva. O. následne svojim postupom potvrdila tieto tvrdenia žalobcu o tom, že družstvo, ako aj obchodník, dlhodobo porušovali zákon o cenných papieroch, keď O. dňa 4. 3. 2011 obchodníkovi odňala licenciu na činnosť a družstvu zakázala činnosť až v roku 2011. Tolerovala tak porušovanie právnych predpisov minimálne od roku 2008 do roku 2011. V ďalšom žalobkyňa poukazovala na to, že O. rozhodnutím z 30. 5. 2011 zakázala družstvu predaj majetkových hodnôt z dôvodu neaktuálnosti prospektu investícií. Z výpočtu nedostatkov vytýkaných O. v prospekte investícií je nepochybné, že Prospekt bol neaktuálny v základných, a z pohľadu investorov rozhodujúcich skutočnostiach. O. účelovo ustálila trvanie neaktuálnosti prospektu až od mája 2010. Z vykonaných dôkazov však vyplýva, že údaje zahrnuté do prospektu boli v skutočnosti neaktuálne dlhodobo pred májom 2010, a to spätne k 31. 12. 2006, kedy došlo v sídle O. dňa 27. 8. 2007 k stretnutiu s poverenými členmi predstavenstva družstva, za účelom prerokovania nezrovnalostí a problémov (údaje o subjektoch, ktoré ovládajú družstvo boli neaktuálne minimálne od 1. 10. 2009,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 Z uvedeného potom vyplynulo, že družstvo svojim konaním porušovalo ust. § 129 ods. 3, v spojení s ust. § 128 ods. 1 písm. b/, c/ a h/ a ust. § 125c ods. 1, v spojení s ust. § 127 ods. 4 zákona o cenných papieroch od roku 31. 12. 2006, avšak O. voči družstvu úradne zasiahla až v máji 2011, kedy mu vydaním rozhodnutia o zákaze činnosti konečne zakázala činnosť. Ohľadom predčasnosti žaloby žalobkyňa uviedla, že existujúce konkurzné konanie samo o 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Žiadna platná právna norma neumožňuje vysloviť záver o predčasnosti podania žaloby, a to ani vtedy, ak žalobca doposiaľ nemal možnosť vymôcť plnenie od subjektu, ktorý jediný je podľa názoru žalovanej, ako aj prvostupňového súdu povinný mu dané plnenie vrátiť. Takýto záver nie je v súlade s platnou legislatívou SR. Zákon č. 514/2003 Z. 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Žalobkyňa napokon v odvolaní namietala, že zo zápisníc o pojednávaní pred prvostupňovým súdom vyplýva, že listinné dôkazy vyžiadané prvostupňovým súdom, resp. predložené účastníkmi konania, neboli riadne vykonané spôsobom ustanoveným v § 129 ods. 1 O. s. p. V tejto súvislosti žalobkyňa poukázala na rozhodnutie Najvyššieho súdu Slovenskej republiky sp. zn. 6MCdo/11/2010 z 31. januára 2012. Žalovaná vo vyjadrení k odvolaniu navrhla, aby odvolací súd napadnutý rozsudok ako vecne správny potvrdil. Odvolací súd, ktorý bol viazaný rozsahom a dôvodmi odvolania (§ 212 ods. 1 O. s. p.), preskúmal rozsudok rozsudok súdu prvého stupňa v napadnutej časti, prejednal odvolanie bez nariadenia pojednávania a dospel k záveru, že odvolanie nie je dôvodné. Odvolací súd sa stotožňuje so záverom súdu prvého stupňa, že v konaní nebol preukázaný nesprávny úradný postup zo strany O.E. V. F. pri vykonávaní dohľadu nad činnosťou Družstva. V tomto ohľade odvolací súd poukazuje na podrobné odôvodnenie napadnutého rozsudku. Nie je sporné, že O.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O.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O. kontrolovať. O. nevykonávala dohľad nad finančnými ukazovateľmi Družstva, ako sa mylne domnieva žalobca. O. mohla podľa platnej právnej úpravy kontrolovať len to, či Družstvo plní informačné povinnosti v zmysle ust. §§ 126 až 130 zák. č. 566/2001 Z. z. V tejto súvislosti treba poukázať na to, že žalobkyňa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žalobkyňa vedomá nebola, nemožno to pričítať na ťarchu O. V. F. v zmysle zásady, podľa ktorej neznalosť zákona neospravedlňuje. To isté platí aj pokiaľ ide o argumentáciu žalobkyne, že o rozsahu dohľadu O. nad činnosťou Družstva nemala vedomosť. Z uvedeného je zrejmé, že v konaní nebol preukázaný základný predpoklad vzniku zodpovednosti za škodu, spôsobenú nesprávnym úradným postupom štátu v zmysle § 9 zák. č. 514/2003 Z. z., ktorým je nesprávny úradný postup štátu zastúpeného O. V. F.. Pokiaľ ide o rozsudok Najvyššieho súdu ČR sp. zn. 29Cdo/4968/2009, na ktorý v odvolaní poukazovala žalobkyňa, žalobkyňa tento rozsudok interpretovala nesprávne a zavádzajúco.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Inými slovami, z uvedeného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že žaloba bola podaná predčasne. K odvolacej námietke žalobcu, týkajúcej sa procesného pochybenia súdu prvého stupňa, ktorý podľa žalobkyne na pojednávaní nevykonal dokazovanie listinnými dôkazmi predpísaným spôsobom, odvolací súd uvádza, z obsahu zápisníc z pojednávaní pred prvostupňovým súdom vyplýva, že účastníci boli súdom riadne oboznámení s obsahom založených listinných dôkazov. Sami účastníci na pojednávaní konanom dňa 12. 03. 2014 zhodne vyhlásili, že obsah všetkých listinných dôkazov, ktoré sú založené v spise, sú im známe, pričom súd čítaním oboznámil účastníkov konania o rozsahu založených listinných dôkazov v spise. Táto odvolacia námietka žalobkyne teda neobstojí. Z uvedeného vyplýva, že rozsudok súdu prvého stupňa je v napadnutej časti, ktorou bola zamietnutá žaloba o náhradu škody, vecne správny, a preto ho odvolací súd v tejto časti potvrdil podľa § 219 ods. 1 O. s. p. Výrok, ktorým súd prvého stupňa zamietol návrh na začatie prejudiciálneho konania pred Súdnym dvorom Európskej únie, nebol napadnutý odvolaním a nadobudol právoplatnosť. O trovách odvolacieho konania odvolací súd rozhodol podľa § 142 ods. 1, v spojení s § 224 ods. 1 O. s. p. a ich náhradu úspešnej žalovanej nepriznal, pretože jej v odvolacom konaní žiadne trovy nevznikli. Napadnutým uznesením z 20. 06. 2014 č. k. 25C/221/2011-193 súd prvého stupňa uložil žalobkyni povinnosť zaplatiť poplatok za odvolanie 20,- eur v zmysle pol. 7a Sadzobníka súdnych poplatkov, do 10 dní od doručenia uznesenia. Proti tomuto rozhodnutiu podala odvolanie žalobkyňa. Navrhla, aby odvolací súd napadnuté uznesenie zrušil a konanie o vyrubenie súdneho poplatku zastavil. Uviedla, že poplatok za odvolanie nie je povinná zaplatiť vzhľadom na ust. § 18ca zák. č. 71/1992 Zb. Odvolací súd, ktorý bol viazaný rozsahom a dôvodmi odvolania (§ 212 ods. 1 O. s. p.), preskúmal napadnuté uznesenie, prejednal odvolanie bez nariadenia pojednávania podľa § 214 ods. 2 O. s. p. a dospel k záveru, že odvolanie nie je dôvodné. Pol. 7a Sadzobníka súdnych poplatkov, ktorý tvorí prílohu zákona č. 71/1992 Zb., bola do sadzobníka vložená novelou zák. č. 71/1992 Zb. vykonanou zákonom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Napriek tomu je žalobkyňa povinná zaplatiť poplatok za odvolanie. Totiž podľa § 6 ods. 2 prvá veta zák. č. 71/1992 Zb. ak je sadzba poplatku ustanovená za konanie, rozumie sa tým konanie na jednom stupni. To znamená, že žalobkyňa by nebola povinná zaplatiť poplatok za odvolanie iba v prípade, ak by odvolanie podala pred 30. septembrom 2012. Odvolanie však podala dňa 31. 03. 2014. Odvolacie konanie sa teda začalo za účinnosti zák. č. 71/1992 Zb., v znení zák. č. 286/2012 Z. z. Preto je žalobkyňa povinná zaplatiť poplatok za odvolanie v zmysle pol. 7a Sadzobníka súdnych poplatkov vo výške 20,- eur. Zákonom č. 286/2012 Z. 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1. 10. 2012 oslobodené od súdnych poplatkov. Z týchto dôvodov odvolací súd napadnuté uznesenie potvrdil podľa § 219 ods. 1 O. s. p. Poučenie: Proti tomuto rozsudku n i e j e prípustné odvolanie.</w:t>
      </w:r>
    </w:p>
    <w:p/>
    <w:p>
      <w:r>
        <w:t>Zdroj: KAUZIS.SK – https://www.kauzis.sk/judikatura/r/ECLI:SK:KSBA:2015:1111245014.1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