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3Co/122/2015 z 28. 5. 2015</w:t>
      </w:r>
    </w:p>
    <w:p>
      <w:r>
        <w:t>Uznesenie Krajského súdu Bratislava z 28. mája 2015, sp. zn. 3Co/122/2015, ECLI:SK:KSBA:2015:1111245031.2</w:t>
      </w:r>
    </w:p>
    <w:p>
      <w:r>
        <w:t>Súd: Krajský súd Bratislava</w:t>
      </w:r>
    </w:p>
    <w:p>
      <w:r>
        <w:t>Spisová značka: 3Co/122/2015</w:t>
      </w:r>
    </w:p>
    <w:p>
      <w:r>
        <w:t>ECLI: ECLI:SK:KSBA:2015:1111245031.2</w:t>
      </w:r>
    </w:p>
    <w:p>
      <w:r>
        <w:t>Dátum vydania: 28. 5. 2015</w:t>
      </w:r>
    </w:p>
    <w:p>
      <w:r>
        <w:t>Forma: Uznesenie</w:t>
      </w:r>
    </w:p>
    <w:p>
      <w:r>
        <w:t>Oblasť práva: Občianske právo</w:t>
      </w:r>
    </w:p>
    <w:p>
      <w:pPr>
        <w:pStyle w:val="Heading2"/>
      </w:pPr>
      <w:r>
        <w:t>Text rozhodnutia</w:t>
      </w:r>
    </w:p>
    <w:p>
      <w:r>
        <w:t>Súd: Krajský súd Bratislava Spisová značka: 3Co/122/2015 Identifikačné číslo súdneho spisu: 1111245031 Dátum vydania rozhodnutia: 29. 05. 2015 Meno a priezvisko sudcu, VSÚ: JUDr. Roman Bolebruch ECLI: ECLI:SK:KSBA:2015:1111245031.2 Uznesenie Krajský súd v Bratislave v právnej veci navrhovateľky: I. Q., M. XX, M., zastúpenej FUTEJ &amp; Partners, s.r.o., Radlinského 2, Bratislava, proti odporcovi: Slovenská M., za ktorú koná T. H. G., V. Y. X, H., o náhradu škody 1.277,67 eura s príslušenstvom, na odvolanie navrhovateľky proti uzneseniu Okresného súdu Bratislava I č.k. 16C/224/2011-159, zo dňa 15.4.2015, takto r o z h o d o l : Odvolací súd napadnuté uznesenie súdu prvého stupňa p o t v r d z u j e . o d ô v o d n e n i e : Súd prvého stupňa napadnutým uznesením uložil navrhovateľke povinnosť zaplatiť súdny poplatok za podané odvolanie 20 eur podľa položky 7b Sadzobníka súdnych poplatkov zákona č. 71/1992 Zb.. Proti uzneseniu podala navrhovateľka odvolanie a žiadala napadnuté uznesenie zrušiť a konanie o vyrubenie súdneho poplatku zastaviť. Dôvodila tým, že podaným návrhom zo dňa 22.12.2011 sa domáha náhrady škody s príslušenstvom podľa § 9 zák. č. 514/2003 Z.z. o zodpovednosti za škodu spôsobenú pri výkone verejnej moci. Argumentovala tým, že podľa § 18ca v spojení s § 4 ods. 4 zák. č. 71/1992 Zb. o súdnych poplatkoch sa na konanie, ktoré začalo do 30.9.2012, vzťahuje vecné oslobodenie od platenia súdneho poplatku ex lege a týka sa všetkých položiek Sadzobníka. Na uvedenom základe mala za to, že vecné oslobodenie sa vzťahuje na celé konanie a smeruje k oslobodeniu od povinnosti platenia akýchkoľvek súdnych poplatkov uvedených v sadzobníku, teda aj poplatku uvedeného v položke 7a; uviedla, že konanie bolo začaté návrhom zo dňa 30.12.2011, teda v čase, keď bolo vecne oslobodené. Záverom poukázala na rozhodnutie Krajského súdu v Bratislave č.k. 4Co/128/2014-310, zo dňa 29.4.2014, v skutkovo a právne totožnom prípade, v ktorom odvolací súd uviedol, že vecné oslobodenie v zmysle § 4 ods. 1 písm. k) zák. č. 71/1992 Zb. o súdnych poplatkoch sa vzťahuje na celé konanie a teda aj na podanie odvolania. Odvolací súd, ktorý bol viazaný rozsahom a dôvodmi odvolania (§ 212 ods. 1 O.s.p.), preskúmal napadnuté uznesenie a prejednal odvolanie bez nariadenia pojednávania podľa § 214 ods. 2 O.s.p.; dospel k záveru, že odvolanie nie je dôvodné. Podľa § 2 ods. 4 zák.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 č. 71/1992 Zb. o súdnych poplatkoch poplatková povinnosť vzniká podaním návrhu, odvolania, dovolania alebo žiadosti na vykonanie poplatkového úkonu, ak je poplatníkom navrhovateľa, odvolateľ a dovolateľ. Podľa § 6 ods. 2 prvá a druhá veta zák. č. 71/1992 Zb. ak je sadzba poplatku ustanovená za konanie, rozumie sa tým konanie na jednom stupni. Poplatok podľa rovnakej sadzby sa vyberá i v odvolacom konaní vo veci samej. Podľa § 18ca zák. č. 71/1992 Zb. o súdnych poplatkoch (prechodné ustanovenie k úpravám účinným od 1.10.2012), z úkonov navrhnutých alebo za konania začaté do 30.9.2012 sa vyberajú poplatky podľa predpisov účinných do 30.9.2012, i keď sa stanú splatnými po 30.9.2012. Odvolací súd na potvrdenie správnosti napadnutého uznesenia uvádza, že novelou zák. č. 286/2012 Z.z. s účinnosťou od 1.10.2012 došlo k zrušeniu § 4 ods. 1 písm. k) zák.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 č. 71/1992 Zb. o súdnych poplatkoch, podľa ktorého je sadzba poplatku ustanovená za konanie, pričom sa tým rozumie konanie na jednom stupni. Keďže navrhovateľka podala odvolanie na súde prvého stupňa dňa 7.7.2014,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 č. 71/1992 Zb. o súdnych poplatkoch v znení zák. č. 286/2012 Z.z., ktorým bol vypustený § 4 ods. 1 písm. k) a vložená nová položka 7a, navrhovateľka je povinná zaplatiť súdny poplatok za odvolanie. Argumentácia navrhovateľky, ktorou poukazuje na iné rozhodnutie krajského súdu, ktorý rozhodoval v obdobnom prípade neobstojí, pretože odvolací súd pri svojej rozhodovacej činnosti nie je viazaný právnym názorom iného senátu krajského súdu. Odvolací súd preto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https://www.kauzis.sk/judikatura/r/ECLI:SK:KSBA:2015:1111245031.2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