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4Co/722/2014 z 10. 2. 2015</w:t>
      </w:r>
    </w:p>
    <w:p>
      <w:r>
        <w:t>Rozsudok Krajského súdu Bratislava z 10. februára 2015, sp. zn. 4Co/722/2014, ECLI:SK:KSBA:2015:1112227066.2</w:t>
      </w:r>
    </w:p>
    <w:p>
      <w:r>
        <w:t>Súd: Krajský súd Bratislava</w:t>
      </w:r>
    </w:p>
    <w:p>
      <w:r>
        <w:t>Spisová značka: 4Co/722/2014</w:t>
      </w:r>
    </w:p>
    <w:p>
      <w:r>
        <w:t>ECLI: ECLI:SK:KSBA:2015:1112227066.2</w:t>
      </w:r>
    </w:p>
    <w:p>
      <w:r>
        <w:t>Dátum vydania: 10. 2. 2015</w:t>
      </w:r>
    </w:p>
    <w:p>
      <w:r>
        <w:t>Forma: Rozsudok</w:t>
      </w:r>
    </w:p>
    <w:p>
      <w:r>
        <w:t>Oblasť práva: Občianske právo</w:t>
      </w:r>
    </w:p>
    <w:p>
      <w:pPr>
        <w:pStyle w:val="Heading2"/>
      </w:pPr>
      <w:r>
        <w:t>Text rozhodnutia</w:t>
      </w:r>
    </w:p>
    <w:p>
      <w:r>
        <w:t>Súd: Krajský súd Bratislava Spisová značka: 4Co/722/2014 Identifikačné číslo súdneho spisu: 1112227066 Dátum vydania rozhodnutia: 11. 02. 2015 Meno a priezvisko sudcu, VSÚ: JUDr. Valéria Kleinová ECLI: ECLI:SK:KSBA:2015:1112227066.2 ROZSUDOK V MENE SLOVENSKEJ REPUBLIKY Krajský súd v Bratislave v senáte zloženom z predsedníčky senátu JUDr. Valérie Kleinovej a členov senátu JUDr. Michaely Frimmelovej a Mgr. Ingrid Degmovej Pospíšilovej v právnej veci navrhovateľky: E. K., nar. XX.XX.XXXX, bytom K. X, D., zast. FUTEJ &amp; Partners, s.r.o., Radlinského 2, Bratislava, proti odporcovi: Slovenská republika, zastúpená Národnou bankou Slovenska, Imricha Karvaša 1, Bratislava, IČO: 30 844 789, o náhradu škody vo výške 3.319,39 eur s príslušenstvom, na odvolanie navrhovateľky proti rozsudku Okresného súdu Bratislava I zo dňa 2. júna 2014 č.k. 25C 156/2012-171, a proti uzneseniu tohto súdu zo dňa 28. augusta 2014 č.k. 25C 156/2012-193, takto r o z h o d o l : Odvolací súd rozsudok súdu prvého stupňa v napadnutej časti potvrdzuje. Napadnuté uznesenie súdu prvého stupňa č.k. 25C 156/2012-193 zo dňa 28.08.2014 potvrdzuje. Odporcovi náhradu trov odvolacieho konania nepriznáva. o d ô v o d n e n i e : Napadnutým rozsudkom súd prvého stupňa zamietol návrh navrhovateľky, ktorým sa domáhala uložiť odporcovi povinnosť zaplatiť jej sumu 3.319,39 eur s príslušenstvom titulom náhrady škody spôsobenej nesprávnym úradným postupom Národnej banky Slovenska podľa zák. č. 514/2003 Z.z. o zodpovednosti za škodu spôsobenú pri výkone verejnej moci a o zmene niektorých zákonov, a zároveň rozhodol, že nepožiada Súdny dvor Európskej únie o rozhodnutie o predbežnej otázke podľa článku 267 Zmluvy o fungovaní Európskej únie a zamietol návrh navrhovateľky na prerušenie konania. Odporcovi nepriznal náhradu trov konania. Svoje rozhodnutie o zamietnutí návrhu odôvodnil právne ust. § 3 ods. 1, 2, § 9 ods. 1 veta prvá a druhá veta pred bodkočiarkou, § 15 ods. 1, § 17 ods. 1 zák. č. 514/2003 Z.z. o zodpovednosti za škodu spôsobenú pri výkone verejnej moci a o zmene niektorých zákonov a vecne tým, že navrhovateľka v konaní nepreukázala vznik škody, ani namietaný nesprávny úradný postup odporcu, a tým ani príčinnú súvislosť medzi ňou tvrdenou škodou a nesprávnym úradným postupom odporcu. O trovách konania rozhodol podľa ust. § 142 ods. 1 O.s.p., a v konaní úspešnému odporcovi ich náhradu nepriznal, nakoľko ich náhradu nežiadal návrhom.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pričom Úrad pre finančný trh v upozornení zo dňa 13.05.2003 oboznámil Družstvo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že vykonáva dohľad nad činnosťou vyhlasovateľa verejnej ponuky majetkových hodnôt podľa ust. § 135 ods. 1 zák. č. 566/2001 Z.z., ale nie dohľad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OPK-9750-3/2007,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investície.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Národná banka Slovenska podľa zápisu z prerokovania problémov a nezrovnalostí zo dňa 24.08.2007 zistila, že majetok vložený do investičných nástrojov Družstva je tvorený podielmi v družstvách EDSI, KPDSI a DDSI a na 98,85 % podielom zmenkami emitenta CI HOLDING, akciová spoločnosť, a že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a odporučila zosúladiť štruktúru aktív Družstva podľa schváleného Prospektu investície najneskôr do 31.12.2007. Splnomocnený zástupca Družstva na to v liste zo dňa 10.10.2007 uviedol, že zo strany Družstva nedošlo k porušeniu zákona ani Prospektu investície, nakoľko jeho znenie umožňovalo rozloženie finančných nástrojov v portfóliu aj tak, že sa v ňom budú nachádzať iba finančné nástroje jedného eminenta. Súd prvého stupňa ďalej uviedol, aké skutočnosti zistil z listinných dokladov, predložených na CD nosiči, týkajúce sa najmä postupu Družstva vo vzťahu k obchodníkovi s cennými papiermi. Zo spisu Okresného súdu Bratislava I sp. zn. 19C 56/2011 zistil, že predmetom konania medzi navrhovateľom PODIELOVÝM DRUŽSTVOM SLOVENSKÉ INVESTÍCIE (ďalej len „Družstvo“) a odporcom SR - Národná banka Slovenska je náhrada škody vo výške 63,163.426,03 eur s príslušenstvom, spôsobenej nesprávnym úradným postupom Národnej banky Slovenska, spočívajúceho v tom, že táto po zistení závažných nedostatkov v činnosti obchodníka s cennými papiermi pri výkone dohľadu nad jeho činnosťou neurobila riadne a včas úkony potrebné pre nápravu nedostatkov a ani na ich zamedzenie do budúcna, neurobila ani potrebné opatrenia na zabránenie vzniku škody na majetku Družstva, keď ho najmä včas neupozornila na riziká, vyplývajúce z činnosti obchodníka s cennými papiermi, voči ktorému tiež včas a účinne nezasiahla, čím mala spôsobiť, že obchodník s cennými papiermi mohol v protiprávnom konaní na ujmu Družstva pokračovať a Družstvo si nemohlo uplatniť nárok na náhradu za nedostupný klientsky majetok u garančného fondu investícií. Družstvo v tomto konaní namietalo i zbytočné prieťahy resp. nečinnosť Národnej banky Slovenska. Súd prvého stupňa zistil, že v predmetnom konaní rozhodol súd rozsudkom zo dňa 08.11.2013 tak, že návrh navrhovateľa v celom rozsahu zamietol, pričom konanie nie je právoplatne skončené. Zistil tiež, že Okresný súd Bratislava I uznesením zo dňa 11.04.2011, č.k. 3K 95/2010-21, právoplatným dňa 05.05.2011, vyhlásil konkurz na majetok Družstva ako úpadcu, a do funkcie správcu ustanovil K.. K. Q., pričom veritelia Družstva boli vyzvaní na prihlásenie pohľadávok v lehote 45 dní odo dňa vyhlásenia konkurzu. Vo vyjadrení zo dňa 27.12.2013 správca konkurznej podstaty uviedol, že konkurz nie je právoplatne skončený. Bolo doň prihlásených cca 2.450 pohľadávok, a približne 2.000 veriteľov si uplatňuje nároky voči úpadcovi v celkovej výške viac ako 32,5 milióna eur. V záujme úpadcu je vedených približne 200 súdnych konaní, z ktorých väčšina je tvorená uplatnenými nárokmi z odporovateľných právnych úkonov pred vyhlásením konkurzu, ktorými boli niektorí veritelia úpadcu uspokojení na úkor ostatných veriteľov. Tieto úkony zahŕňajú aj prevody finančných prostriedkov z úpadcu na niektoré spriaznené spoločnosti patriace do finančnej skupiny okolo spol. CI Holding, s.r.o., a nárok bol uplatnený aj voči advokátskej kancelárii FUTEJ &amp; Partners, s.r.o., ktorá vykonávala pre úpadcu pred vyhlásením konkurzu právne zastúpenie, a ktorej bolo vyplatených cca 210.000 eur v čase, keď už Družstvu bezprostredne hrozil úpadok. Najväčšie nároky úpadcu predstavujú tie, ktoré sú uplatnené voči SR-Národnej banke Slovenska, voči poisťovni AIG Europe, voči členom predstavenstva úpadcu, voči SR-Garančnému fondu investícií a voči obchodníkovi s cennými papiermi. Poukázal na to, že právny zástupca navrhovateľky uviedol, že členstvo navrhovateľky v Družstve vzniklo dňa 29.09.2008 na základe rozhodnutia predstavenstva Družstva zo dňa 30.08.2008, čo vyplýva z rozhodnutia zo dňa 03.10.2008. Jej členstvo zaniklo ku dňu 30.03.2011 na základe písomnej žiadosti o zrušenie členského podielu v Družstve zo dňa 30.03.2011, pričom navrhovateľke vzniklo právo na vyplatenie vyrovnacieho podielu v sume 3.319,39 eur. Samotná škoda v uplatňovanej výške zodpovedala finančným prostriedkom, vloženým navrhovateľkou do Družstva formou členského vkladu, ktoré jej neboli vyplatené v dôsledku nedostatočného výkonu dohľadu Národnej banky Slovenska nad povinne dohliadanými subjektami. Navrhovateľka si ako veriteľka uplatnila svoju pohľadávku voči Družstvu v konkurznom konaní, vedenom voči Družstvu ako úpadcovi pod sp. zn. 3K 95/2010, pričom jej pohľadávka bola správcom konkurznej podstaty v celom rozsahu popretá. Navrhovateľka podala incidenčnú žalobu voči správcovi konkurznej podstaty, a konanie o nej je vedené pod sp. zn. 2Cbi 412/2011. Navrhovateľka mala za to, že škoda jej vznikla nesprávnym úradným postupom Národnej banky Slovenska pri výkone dohľadu nad povinne dohliadanými subjektami finančného trhu, teda nad Družstvom, ktorého bola členom, a nad obchodníkom s cennými papiermi, a požiadala Národnú banku Slovenska o predbežné prerokovanie nároku na náhradu škody, ale jej nárok nebol ani čiastočne uspokojený. Odporca nesúhlasil, keď mal za to, že postupoval v súlade so zákonom č. 747/2004 Z.z. o dohľade a so zákonom č. 566/2001 Z.z., a jeho konanie preto nemohlo mať bezprostredný a priamy vplyv na vznik škody navrhovateľky. Súd prvého stupňa vyhodnotil, že navrhovateľka v konaní nepreukázala existenciu predpokladov zodpovednosti odporcu za škodu podľa zákona č. 514/2003 Z. 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Mal za to, že navrhovateľka v konaní nepreukázala vznik škody. V tejto súvislosti poukázal na ustálenú judikatúru, podľa ktorej nárok na náhradu škody podľa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Vyvodil, že ak má navrhovateľka pohľadávku voči subjektu, ktorý ju získal ako prospech a má povinnosť tento prospech vydať, kým nepreukázala bezúspešné domáhanie sa úhrady pohľadávky voči dlžníkovi, nie je daný základný predpoklad zodpovednosti štátu, a tým ani predpoklad existencie škody. Uviedol, že navrhovateľka sa ako bývalá členka Družstva, s ktorým bola v právnom vzťahu, a z ktorého jej v prípade vystúpenia vzniklo právo na vyplatenie vyrovnacieho podielu, musí domáhať zaplatenia svojej pohľadávky voči Družstvu, ktoré je vo vzťahu k nej v pozícii dlžníka, resp. osoby, ktorá je povinná navrhovateľke vydať získaný prospech v podobe vyrovnacieho podielu. Navrhovateľka si síce uplatnila pohľadávku voči Družstvu formou prihlášky v konkurze, vyhlásenom na majetok Družstva, avšak v čase rozhodovania súdu nepreukázala bezúspešnosť ňou uplatnených práv voči Družstvu. Oprávnenosť jej nároku uplatneného v konkurznom konaní je predmetom konania sp. zn. 2Cbi 412/2011 o incidenčnej žalobe voči správcovi konkurznej podstaty na Okresnom súde Bratislava I. Konkurzné konanie tiež nie je právoplatne skončené, keď je vedených približne 200 súdnych konaní, z ktorých väčšina je tvorená uplatnenými nárokmi z odporovateľných právnych úkonov, vykonaných pred vyhlásením konkurzu, ktorými boli niektorí veritelia úpadcu uspokojení na úkor ostatných. Je potom zrejmé, že v súčasnosti nie je možné ustáliť majetok úpadcu (Družstva), s ktorým bola navrhovateľka v záväzkovom vzťahu, a z ktorého majetku by mala byť uspokojená jej pohľadávka, uplatňovaná i v prebiehajúcom konaní titulom náhrady škody za nesprávny úradný postup. Súd prvého stupňa preto nemohol ustáliť, či vôbec a v akej výške navrhovateľke vznikla škoda, čo je rozhodná okolnosť aj pre plynutie premlčacej doby na uplatnenie nároku na náhradu škody voči štátu. Skonštatoval, že ak v čase rozhodovania súdu o uplatnenom nároku na jej náhradu škoda neexistuje, bol nárok navrhovateľkou uplatnený predčasne. Z uvedeného vyvodil, že navrhovateľka nepreukázala existenciu škody ako jeden z predpokladov zodpovednosti štátu podľa zák. č. 514/2003 Z.z., a mal za to, že nepreukázala ani namietaný neprávny úradný postup Národnej banky Slovenska, ktorý mal podľa nej spočívať v oneskorenom zistení neaktuálnosti údajov zahrnutých do Prospektu investície a tým neplatnosti Prospektu investície a následnom oneskorení zakázania činnosti Družstva, a tiež v prijatí nedostatočných opatrení na nápravu protiprávneho stavu po zisteniach v prerokovaní nedostatkov podľa zápisu zo dňa 24.08.2007, ako aj po zistení závažných pochybení obchodníka s cennými papiermi pri činnosti voči Družstvu.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Z.z. v obmedzenom, resp. vymedzenom rozsahu, spočívajúcom v kontrole povinností uložených vyhlasovateľovi verejnej ponuky majetkových hodnôt zákonom, a k takým povinnostiam patrila až od 01.01.2009 i povinnosť aktualizácie Prospektu investície podľa ust. § 125c ods. 1 v spojení s ust. § 127 ods. 4 zák. č. 566/2001 Z.z. a až od 01.06.2010 povinnosť dodržiavania Prospektu investície podľa ust. § 129 ods. 3 zák. č. 566/2001 Z.z..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pričom povinnosť aktualizácie Prospektu investície sa vzťahovala primárne na Družstvo, ktoré malo v takom prípade vypracovať dodatok Prospektu investície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zdôraznil,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investície, ktorú síce predložilo, táto však (ako vyplýva z rozhodnutia banky č. OPK-5664/1-5/2010 zo dňa 26.08.2010) neobsahovala všetky náležitosti podľa zák. č. 747/2004 Z. z., pričom rovnaké nedostatky mal aj dodatok Prospektu investície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v jej postupe namietaný nesprávny úradný postup nezistil. Vo vzťahu k namietanému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Národná banka Slovenska zistené nedostatky a nezrovnalosti v činnosti Družstva prerokovala na stretnutí s členmi štatutárneho orgánu Družstva dňa 24.08.2007, a dala odporúčania na nápravu tohto stavu, pričom v danom období nemohla uložiť peňažnú sankciu, alebo pozastaviť prípadne zakázať predaj majetkových hodnôt za nedodržiavanie Prospektu investície. Súd prvého stupňa sa nestotožnil ani s argumentáciou navrhovateľky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navrhovateľky. Zároveň poukázal na to, že z listinných dôkazov, najmä z rozhodnutí Národnej banky Slovenska o uložení pokút vo výške 16.596,96 eur (500.000,- Sk) a vo výške 9.958,18 eur (300.000,- Sk) vyhodnotil,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samotnej navrhovateľky, ktorá sa ako členka Družstva mala aktívne a včas zaujímať o svoje práva a ich výkon voči Družstvu a jeho orgánom, a zamedziť tak znehodnocovaniu, príp. nevymožiteľnosti svojich majetkových a iných práv súvisiacich s Družstvom. Uzavrel, že navrhovateľka v konaní nepreukázala existenciu predpokladov zodpovednosti odporcu za škodu podľa zák. č. 514/2003 Z.z., a preto jej návrh ako nedôvodný v celom rozsahu zamietol. Zamietnutie návrhu navrhovateľky na začatie prejudiciálneho konania pred Súdnym dvorom Európskej únie podľa článku 267 Zmluvy o fungovaní Európskej únie odôvodnil právne ust. § 109 ods. 1 písm. c) O.s.p. a vecne tým, že smernica Európskeho parlamentu a Rady 2003/71/ES, na znenie, ktorej sa navrhovateľka odvolávala v návrhu na začatie prejudiciálneho konania, bola transponovaná do nášho právneho poriadku, do zákona č. 566/2001 Z.z., a týkala sa primárne oblasti právnej úpravy prospektu, ktorý sa zverejňuje pri verejnej ponuke cenných papierov, a nie pri verejnej ponuke majetkových hodnôt, pričom bola transponovaná v jej súlade. Mal potom za to, že vo vzťahu k prejednávanej veci je irelevantné zaoberať sa otázkami uvedenými v návrhu navrhovateľky na prerušenie konania. Rozhodnutie o trovách konania odôvodnil právne ust. § 142 ods. 1 O.s.p. a vecne plným úspechom odporcu, ktorému náhradu trov konania nepriznal, nakoľko si ich náhradu neuplatnil a v konaní mu ani žiadne nevznikli. Proti tomuto rozsudku podala navrhovateľka prostredníctvom svojho právneho zástupcu včas odvolanie v časti výroku, ktorým súd prvého stupňa zamietol jej návrh na zaplatenie náhrady škody s príslušenstvom, a navrhla rozsudok v napadnutej časti zmeniť, a jej návrhu vo veci samej vyhovieť, resp. rozsudok súdu prvého stupňa v uvedenej časti zrušiť a vec vrátiť na ďalšie konanie. Zároveň žiadala priznať náhradu trov konania. Súdu prvého stupňa vytkla,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ani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považovala navrhovateľka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Argumentovala,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X.. U. S., P..,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X.. Q.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navrhovateľkou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Mala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pričom súd pri tomto hodnotení dokonca nemá čakať až na konečné rozvrhové uznesenie konkurzného súdu (rozsudok NS ČR zo dňa 11.04.2012, sp. zn. 29Cdo/4968/2009), ale je povinný zohľadniť už napr. správy ustanoveného správcu konkurznej podstaty o stave daného konkurzu, a preto žiadna platná právna norma neumožňuje vysloviť záver o predčasnosti podania návrhu, a to ani vtedy, ak navrhovateľka doposiaľ nemala možnosť vymôcť plnenie od subjektu, ktorý jediný je podľa názoru odporcu a súdu prvého stupňa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Uviedla, že z písomného vyjadrenia správcu konkurznej podstaty o stave konkurzu zo dňa 20.08.2013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jej možnosť, svoju pohľadávku z konkurzu uspokojiť. Namietla tiež, že zo zápisníc o pojednávaní pred súdom prvého stupňa vyplýva, že listinné dôkazy neboli riadne vykonané spôsobom podľa ust. § 129 ods. 1 O.s.p. (s poukazom na uznesenie Najvyššieho súdu Slovenskej republiky sp. zn. 6 MCdo 11/2010 zo dňa 31.01.2012). Odporca vo svojom vyjadrení k odvolaniu navrhovateľky uviedol, že navrhuje rozsudok súdu prvého stupňa v napadnutej časti potvrdiť, keď mal za to, že súd prvého stupňa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na to,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Ohľadom tvrdenia navrhovateľky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navrhovateľka neznalá právnych predpisov, mohla požiadať Národnú banku Slovenska o vysvetlenie jej zákonom zverených kompetencií v oblasti dohľadu nad finančným trhom. Muselo jej však byť známe, že s investíciou je spojené aj riziko, a doterajší alebo propagovaný výnos nie je zárukou budúcich výnosov. Ohľadom navrhovateľkou v odvolaní tvrdeného zanedbania jeho povinností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29Cdo/4968/2009, na ktorý navrhovateľka poukazovala tvrdiac, že jej žaloba nebola podaná predčasne,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Zdôraznil, že navrhovateľke doposiaľ nevznikla žiadna škoda, a nemožno ani odhadnúť, kedy a v akej výške jej v budúcnosti eventuálne škoda vznikne, pretože jej vznik a výška závisí od výsledku konkurzného konania na majetok úpadcu (Družstva). Uviedol, že až následne, ak pohľadávka navrhovateľky voči Družstvu nebude uspokojená v rámci konkurzu, môže navrhovateľke vzniknúť škoda. V tejto súvislosti poukázal na odôvodnenie nálezu Ústavného súdu SR č.k. II. ÚS 165/2012-45 zo dňa 13.02.2013, podľa ktorého, kým má navrhovateľka pohľadávku na vydanie bezdôvodného obohatenia voči tomu, kto ho získal, resp. kým nepreukázala bezúspešné domáhanie sa vydania tohto obohatenia, nie je daný základný predpoklad zodpovednosti štátu za škodu podľa zák. č. 58/1969 Zb., a to existencia samotnej škody. K námietke navrhovateľky, že v konkurze na majetok Družstva a v súvisiacich incidenčných súdnych konaniach ani viac ako dva roky od vyhlásenia konkurzu nemajú veritelia ani len zistené pohľadávky, poukázal na písomné vyjadrenie správcu konkurznej podstaty Družstva zo dňa 14.09.2011,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nemožnosti preveriť skutočnú existenciu pohľadávok. Nesúhlasil ani s tvrdením navrhovateľky,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Naviac, zo zápisnice z pojednávania zo dňa 02.06.2014 vyplýva, že zástupcovia oboch účastníkov konania zhodne uviedli, že obsah oboznámených listinných dôkazov a vyjadrení je im známy, nakoľko ich majú k dispozícii, a nie je potrebné detailne ich oboznamovať.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je proti nemu vedených cca 800 sporov na rovnakom skutkovom a právnom základe a s totožnými listinnými dôkazmi,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navrhovateľkou uplatneného nároku, a jeho výsledky aj náležite v súlade s ust. § 132 O.s.p. zhodnotil, na skutkové zistenia aplikoval správne právne predpisy, z vykonaného dokazovania vyvodil správny právny záver, a svoje rozhodnutie aj veľmi podrobne a náležite v súlade s ust. § 157 ods. 2 O.s.p. odôvodil. S odôvodnením rozhodnutia súdom prvého stupňa sa odvolací súd v celom rozsahu stotožňuje (§ 219 ods. 2 O.s.p.). V procesnom postupe súdu prvého stupňa odvolací súd nezistil ani procesné pochybenia alebo vady, ktoré by mali za následok nesprávne rozhodnutie vo veci, keď sa nestotožnil s námietkou navrhovateľky, že nevykonal riadne dokazovanie listinnými dôkazmi, pretože zo zápisnice o pojednávaní zo dňa 02.06.2014 jednoznačne vyplýva, že súd prvého stupňa oboznámil obsah do spisu založených listinných dôkazov, ktoré aj v zápisnici konkrétne špecifikoval (č.l. 136-137), pričom zástupcovia účastníkov konania k oboznámeným dôkazom uviedli, že ich obsah ako i obsah vyjadrení im je známy, nakoľko ich majú k dispozícii, a nie je potrebné ich detailne oboznamovať čítaním. Tvrdenie navrhovateľky o riadnom nevykonaní listinných dôkazov súdom prvého stupňa potom vyhodnotil ako nepravdivé a nemajúce oporu v predloženom spise. Z obsahu spisu vyplýva, že navrhovateľka bola členkou PODIELOVÉHO DRUŽSTVA SLOVENSKÉ INVESTÍCIE, Poľná č. 1, Bratislava, IČO: 35 784 717 (ďalej „Družstvo“), toho času v konkurze vyhlásenom uznesením Okresného súdu Bratislava I zo dňa 11.04.2011, č.k. 3K 95/2010-21, právoplatným dňa 05.05.2011, do ktorého vložila finančné prostriedky, ktorých zaplatenia titulom škody spôsobenej nesprávnym úradným postupom Národnej banky Slovenska sa v konaní domáha.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navrhovateľka návrhom domáhala uloženia povinnosti odporcovi zaplatiť jej škodu v sume 3.319,39 eur s príslušenstvom,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navrhovateľky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navrhovateľky,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navrhovateľky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navrhovateľke.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Navrhovateľka ako člen družstva (t.j. podnikateľského subjektu) neinvestovala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navrhovateľka argumentovala tým, že peňažné prostriedky do Družstva vložila z dôvodu, že sa spoliehala na to, že družstvo a aj obchodník s cennými papiermi sú subjekty, nad ktorými vykonáva dohľad Národná banka Slovenska,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Navrhovateľka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jej Obchodným zákonníkom ako členovi družstva, a v zmysle ust. § 415 Obč. zák. mala postupovať ako člen družstva v spolupráci s ďalšími členmi družstva s primeranou dávkou opatrnosti, ktorú bolo možné od nej spravodlivo požadovať a zvážiť možnú mieru rizika. Mohla a mala sa presvedčiť ako členka družstva o skutočnostiach uvádzaných Družstvom, mala sa aktívne, s dostatočnou starostlivosťou riadne a včas zaujímať o svoje práva (a ich výkon) voči družstvu, nakoľko ich podcenením či zanedbaním sa aj sama pričinila o znehodnotenie alebo nevymožiteľnosť investovaných prostriedkov.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bola členkou Družstva, ktoré je v súčasnosti v konkurze, vyhlásenom uznesením Okresného súdu Bratislava I zo dňa 11.04.2011, č.k. 3K 95/2010-21, právoplatným dňa 05.05.2011. Súd prvého stupňa správne vyhodnotil, že navrhovateľka v konaní nepreukázala vznik škody, pretože nepreukázala bezúspešné domáhanie sa úhrady pohľadávky v žalovanej sume voči dlžníkovi, teda Družstvu, s ktorým bola v právnom vzťahu, a ktoré je vo vzťahu k nej v pozícii dlžníka povinného jej vydať získaný prospech v podobe vyrovnacieho podielu. Nárok na náhradu škody spôsobenej nesprávnym úradným postupom voči odporcovi môže byť v občianskom súdom konaní uplatnený až vtedy, ak navrhovateľka nedosiahne uspokojenie svojej pohľadávky v konkurznom konaní, v ktorom si aj uplatnila pohľadávku, ktorá je predmetom tohto sporu. Je potom nepochybné, že jej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námietky navrhovateľky, rozporujúce záver súdu prvého stupňa o predčasnosti podanej žaloby, ako nedôvodné. S poukazom na vyššie uvedené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219 ods. 1 a 2 O.s.p. potvrdil. Napadnutým uznesením č.k. 25C 156/2012-193 zo dňa 28.08.2014 súd prvého stupňa uložil navrhovateľke povinnosť do 10 dní od doručenia uznesenia zaplatiť súdny poplatok za odvolanie proti rozsudku vo výške 20 eur s tým, že poplatok bol vyrúbený podľa ust. § 6 ods. 2 zák. č. 71/1992 Zb. a položky č. 7a Sadzobníka súdnych poplatkov.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30.09.2012 a na ust. § 18ca zákona č. 71/1992 Zb., účinného k 01.10.2012, namietala uloženie povinnosti zaplatiť súdny poplatok za odvolanie vzhľadom na to, že predmetom konania je nárok navrhovateľky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vyrúbenému poplatku. Mala za to, že napadnuté uznesenie súdu prvého stupňa spočíva na nesprávnom právnom posúdení veci. V tejto súvislosti poukázala na rozhodnutie Krajského súdu v Bratislave č.k. 4Co 128/2014-310 zo dňa 29.04.2014, v ktorom si odvolací súd jeho názor osvojil. Odvolací súd, ktorý bol viazaný rozsahom a dôvodmi odvolania (§ 212 ods. 1 O.s.p.), preskúmal napadnuté uznesenie, prejednal odvolanie bez nariadenia pojednávania podľa § 214 ods. 2 O.s.p., a po prehodnotení svojho pôvodného právneho názoru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navrhovateľke vyrúbený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05.08.2014,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O trovách odvolacieho konania rozhodol podľa ust. § 224 ods. 1 v spojení s § 142 ods. 1 O.s.p., a ich náhradu úspešnému odporcovi nepriznal, pretože si právo na ich náhradu neuplatnil (ust. § 151 ods. 1 O.s.p.). Toto rozhodnutie bolo prijaté senátom Krajského súdu v Bratislave pomerom hlasov 3:0.</w:t>
      </w:r>
    </w:p>
    <w:p/>
    <w:p>
      <w:r>
        <w:t>Zdroj: KAUZIS.SK – https://www.kauzis.sk/judikatura/r/ECLI:SK:KSBA:2015:1112227066.2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