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4Co/127/2015 z 24. 11. 2015</w:t>
      </w:r>
    </w:p>
    <w:p>
      <w:r>
        <w:t>Rozsudok Krajského súdu Bratislava z 24. novembra 2015, sp. zn. 4Co/127/2015, ECLI:SK:KSBA:2015:1112227191.4</w:t>
      </w:r>
    </w:p>
    <w:p>
      <w:r>
        <w:t>Súd: Krajský súd Bratislava</w:t>
      </w:r>
    </w:p>
    <w:p>
      <w:r>
        <w:t>Spisová značka: 4Co/127/2015</w:t>
      </w:r>
    </w:p>
    <w:p>
      <w:r>
        <w:t>ECLI: ECLI:SK:KSBA:2015:1112227191.4</w:t>
      </w:r>
    </w:p>
    <w:p>
      <w:r>
        <w:t>Dátum vydania: 24. 11. 2015</w:t>
      </w:r>
    </w:p>
    <w:p>
      <w:r>
        <w:t>Forma: Rozsudok</w:t>
      </w:r>
    </w:p>
    <w:p>
      <w:r>
        <w:t>Oblasť práva: Občianske právo</w:t>
      </w:r>
    </w:p>
    <w:p>
      <w:pPr>
        <w:pStyle w:val="Heading2"/>
      </w:pPr>
      <w:r>
        <w:t>Text rozhodnutia</w:t>
      </w:r>
    </w:p>
    <w:p>
      <w:r>
        <w:t>Súd: Krajský súd Bratislava Spisová značka: 4Co/127/2015 Identifikačné číslo súdneho spisu: 1112227191 Dátum vydania rozhodnutia: 25. 11. 2015 Meno a priezvisko sudcu, VSÚ: JUDr. Valéria Kleinová ECLI: ECLI:SK:KSBA:2015:1112227191.4 ROZSUDOK V MENE SLOVENSKEJ REPUBLIKY Krajský súd v Bratislave v senáte zloženom z predsedníčky senátu JUDr. Valérie Kleinovej, a členov senátu JUDr. Michaely Frimmelovej a Mgr. Ingrid Degmovej Pospíšilovej, v právnej veci navrhovateľa: V. J., nar. XX.XX.XXXX, bytom P. XX, B., zast. FUTEJ &amp; Partners, s.r.o., Radlinského 2, Bratislava, proti odporcovi: Slovenská republika, zastúpená Národnou bankou Slovenska, Imricha Karvaša 1, Bratislava, IČO: 30 844 789, o náhradu škody vo výške 3.064,69 eur s príslušenstvom, na odvolanie navrhovateľa proti rozsudku Okresného súdu Bratislava I zo dňa 2. decembra 2014 č.k. 15C 159/2012-299 a proti uzneseniu tohto súdu zo dňa 26. januára 2015 č.k. 15C 159/2012-329, takto r o z h o d o l : Odvolací súd rozsudok súdu prvého stupňa v napadnutej časti potvrdzuje. Napadnuté uznesenie súdu prvého stupňa č.k. 15C 159/2012-329 zo dňa 26.01.2015 potvrdzuje. Odporcovi náhradu trov odvolacieho konania nepriznáva. o d ô v o d n e n i e : Napadnutým rozsudkom súd prvého stupňa zamietol návrh navrhovateľa, ktorým sa od odporcu domáhal zaplatenia sumy 3.064,69 eur s príslušenstvom titulom náhrady škody spôsobenej nesprávnym úradným postupom Národnej banky Slovenska podľa zák. č. 514/2003 Z.z. o zodpovednosti za škodu spôsobenú pri výkone verejnej moci a o zmene niektorých zákonov, a zároveň zamietol návrh navrhovateľa na začatie prejudiciálneho konania pred Súdnym dvorom Európskej únie podľa čl. 267 Zmluvy o fungovaní Európskej únie. Odporcovi nepriznal náhradu trov konania. Svoje rozhodnutie o zamietnutí návrhu vo veci samej odôvodnil právne ust. § 3 ods. 1 písm. d), § 9 ods. 1 a 2, § 15 ods. 1, a § 17 ods. 1 zák. č. 514/2003 Z.z. o zodpovednosti za škodu spôsobenú pri výkone verejnej moci a o zmene niektorých zákonov, a vecne tým, že navrhovateľ v konaní nepreukázal namietaný nesprávny úradný postup odporcu ani vznik ním tvrdenej škody. O trovách konania rozhodol podľa ust. § 142 ods. 1 O.s.p., a v konaní úspešnému odporcovi ich náhradu nepriznal, nakoľko ich náhradu neuplatnil návrhom. Vykonaným dokazovaním mal za preukázané, že navrhovateľ bol členom družstva PODIELOVÉ DRUŽSTVO SLOVENSKÉ INVESTÍCIE („Družstvo“), do ktorého vložil členský vklad a ďalšie členské vklady, ktoré vydokladoval. Po jeho vystúpení z Družstva jeho členstvo zaniklo rozhodnutím predstavenstva podľa čl. 16 ods. 3 Stanov družstva ku dňu 10.12.2010, a vzniklo mu právo na vyplatenie vyrovnacieho podielu vo výške 1.364,69 eur so splatnosťou do 10.06.2011. Uviedol, že Úrad pre finančný trh schválil rozhodnutím zo dňa 21.03.2002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a.s., zmluvu o zriadení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jeho členov mal právo disponovať výhradne Capital Invest, o.c.p., a.s., na základe zmluvy o riadení portfólia, z ktorej vyplývali práva a povinnosti zmluvných strán zmluvy uzatvorenej medzi obchodníkom s cennými papiermi a Družstvom.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Družstvom udeleného súhlasu. S finančnými prostriedkami na účte Družstva boli oprávnené disponovať zamestnankyne obchodníka s cennými papiermi pani Q., K., Z. a F.. Predmetná zmluva bola ukončená zo strany obchodníka s cennými papiermi výpoveďou zo dňa 30.03.2010 s účinnosťou od 01.05.2010. Družstvo listom zo dňa 15.04.2010 požiadalo Národnú banku Slovenska o preskúmanie postupu spoločnosti Capital Invest, o.c.p., a.s., a žiadalo, aby situáciu riešila, ale nepodalo voči obchodníkovi s cennými papiermi žalobu o náhradu škody. Skonštatoval, že do 01.06.2010 postupovala Národná banka Slovenska ako aj jej právny predchodca Úrad pre finančný trh v súlade so zákonom č. 566/2001 Z.z. o cenných papieroch správne vo vzťahu k Družstvu, ktoré bolo Národnej banke Slovenska povinné predkladať polročné správy o svojom hospodárení. Z obsahu správ nevyplývali žiadne informácie o prípadnej zhoršenej finančnej situácií Družstva. Obsah prerokovaných skutkových okolností o činnosti Družstva mal preukázaný zo zápisu z prerokovania problémov a nezrovnalostí v činnosti družstiev zo dňa 24.08.2007. Družstvo doručilo dňa 10.10.2007 Národnej banke Slovenska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schopné plniť svoje záväzky. Družstvo až listom doručeným Národnej banke Slovenska dňa 15.04.2010 požiadalo o preskúmanie postupu obchodníka s cennými papiermi. Z obsahu listinných dôkazov, ako aj z obsahu výpovede splnomocneného zástupcu odporcu mal súd prvého stupňa preukázané, že Národná banka Slovenska vykonala v období od 20.04.2010 do 06.05.2010 u obchodníka s cennými papiermi dohľad na mieste, a listom zo dňa 20.04.2010 vyzvala Družstvo, aby predložilo žiadosť o schválenie dodatku Prospektu investície tak, aby mohlo pokračovať v zhodnocovaní finančných prostriedkov, keďže zistila, že podstatná časť Prospektu investície sa stala neaktuálna. Družstvo predložilo Národnej banke Slovenska dňa 28.04.2010 žiadosť o schválenie dodatkov k Prospektu investície, čím bolo začaté konanie, ktoré bolo prerušené rozhodnutím OPK-5664/1-2/2010 zo dňa 10.05.2010 na čas, kedy bolo Družstvo povinné odstrániť nedostatky žiadosti, a žiadosť doplniť. Družstvo ani po opakovanom predĺžení lehoty na odstránenie vád nedostatky žiadosti neodstránilo, preto Národná banka Slovenska rozhodnutím OPK-5664/1-5/2010 zo dňa 26.08.2010 konanie vo veci žiadosti o schválenie dodatkov k Prospektu investície, zastavila, a jej rozhodnutie bolo potvrdené rozhodnutím Bankovej rady číslo GUV-1744/2010 zo dňa 08.12.2010, právoplatným dňa 16.12.2010. Národná banka Slovenska súbežne začala voči Družstvu konanie o uložení sankcie podľa § 144 ods. 4 zák. č. 566/2001 Z.z. za porušenie ustanovenia § 129 ods. 3 v spojení s ustanovením § 128 ods.1 písm. b), c) a h) ZoCP a § 125c ods. 1 v spojení s § 127 ods. 4 ZoCP, a rozhodnutím ODT -10890-4/2010 zo dňa 30.05.2011, právoplatným dňa 18.07.2011, zakázala Družstvu predaj majetkových hodnôt, avšak nezakázala Družstvu vykonávať inú činnosť, keďže Národná banka Slovenska takéto kompetencie voči Družstvu ako podnikateľskému subjektu nemala. Naviac, na základe získaných poznatkov o činnosti Družstva a obchodníka s cennými papiermi podala dňa 27.07.2010 orgánom činným v trestnom konaní oznámenie o podozrení zo spáchania trestného činu. Podľa uznesenia Prezídia PZ, Úradu boja proti korupcii, vyšetrovateľa odboru boja proti korupcii č.k. ČVS:PPZ-153/BPK-B-2010 zo dňa 16.11.2010, bolo dňa 10.08.2010 začaté trestné stíhanie podľa § 199 ods. 1 Tr. por. pre obzvlášť závažný zločin podvodu podľa § 221 ods. 1 a ods. 4 písm. a) Tr. zák. spolupáchateľstvom podľa § 20 Tr. zák.. Poukázal na to, že navrhovateľ bol povinný preukázať zákonné podmienky vzniku zodpovednosti odporcu za vznik škody, ktorá mu mala vzniknúť v príčinnej súvislosti s nesprávnym úradným postupom Národnej banky Slovenska pri výkone dohľadu nad Družstvom, ktorého bol členom, pričom zdôraznil, že zákonné podmienky vzniku zodpovednosti odporcu za vznik škody musia byť splnené kumulatívne bez ohľadu na zavinenie, nakoľko ide o objektívnu zodpovednosť štátu, ktorej sa nemôže zbaviť. Dospel k záveru, že navrhovateľ nepreukázal, že by Národná banka Slovenska vo vzťahu k Družstvu nesprávne úradne postupovala. Práve naopak, v konaní bolo preukázané, že Národná banka Slovenska bola až od 01.06.2010 oprávnená dohliadať aj na skutočnosť, či vyhlasovateľ majetkových hodnôt, teda Družstvo, dodržiava schválený Prospekt investície, a nevykonávala a ani nemohla vykonávať dohľad nad celkovou činnosťou Družstva ako vyhlasovateľa verejnej ponuky majetkových hodnôt, nakoľko by konala v rozpore s čl. 2 ods. 2 Ústavy SR a v rozpore so zákonmi č. 566/1992 Zb. o Národnej banke Slovenska, č. 566/2001 Z.z. o cenných papieroch a č. 747/2004 Z.z. o dohľade nad finančným trhom. Z uvedeného potom vyvodil, že navrhovateľ nepreukázal už prvú z troch podmienok vzniku zodpovednosti za škodu, a to nesprávny úradný postup Národnej banky Slovenska, a preto jeho návrh zamietol. Vyjadril tiež názor, že nárok na náhradu škody voči štátu môže byť úspešne uplatnený iba vtedy, ak poškodený nemôže dosiahnuť uspokojenie svojej pohľadávky voči dlžníkovi, ktorý je povinný plniť. V tejto súvislosti poukázal na to, že uznesením Okresného súdu Bratislava I sp. zn. 3K 95/2010 zo dňa 11.04.2011 bol na majetok Družstva ako úpadcu vyhlásený konkurz a do funkcie správcu bol ustanovený F.. F. E.. Navrhovateľ si prihlásil svoju pohľadávku do konkurzu. Z dôvodu, že jeho pohľadávka bola správcom konkurznej podstaty popretá, domáha sa určenia jej oprávnenosti incidenčnou žalobou voči správcovi konkurznej podstaty. Konkurz vyhlásený na majetok Družstva, rovnako ako konanie o incidenčnej žalobe nie sú doposiaľ právoplatne ukončené. Zistil tiež, že v konaní na Okresnom súde Bratislava I sp. zn. 19C 56/2011 si Družstvo uplatňuje titulom náhrady škody za nesprávny úradný postup Národnej banky Slovenska nárok na náhradu škody, avšak konanie nie je právoplatne skončené. S poukazom na ustálenú judikatúru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podľa zákona č. 514/2003 Z.z., a tým ani predpoklad existencie škody. S poukazom na tieto skutočnosti považoval žalobu za predčasnú. Návrh zamietol ako predčasne podaný aj z dôvodu, že navrhovateľ ako bývalý člen družstva, ktorý sa stane v dôsledku nevyplatených finančných prostriedkov družstvom veriteľom družstva, si svoje nároky na náhradu škody môže uplatniť v zmysle ust. § 243a ods. 4 Obch. zák. za splnenia podmienok vzniku škody voči členom predstavenstva družstva alebo členom kontrolnej komisie podľa ust. § 244 Obch. zák..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nároku navrhovateľa na náhradu škody voči vyššie uvedeným subjektom Družstva potom podľa jeho názoru vylučuje možnosť, aby sa navrhovateľ domáhal náhrady škody voči štátu podľa zák. č. 514/2003 Z.z.. Navrhovateľ nepreukázal, že by sa bez svojej viny bezúspešne domáhal náhrady škody voči subjektom Družstva. V tejto súvislosti zdôraznil, že škoda vzniká za preukázania všetkých podmienok vzniku zodpovednosti štátu za škodu až okamihom, keď sa právo veriteľa na plnenie voči dlžníkovi stane fakticky nevymáhateľným. Uviedol tiež, že v posudzovanej veci je právne relevantným len prípadný nesprávny úradný postup, ktorého by sa mohla Národná banka Slovenska dopustiť zanedbaním dohľadu vo vzťahu k dohliadanému subjektu, ktorým je Družstvo. Len v prípade takéhoto nesprávneho úradného postupu by prichádzalo do úvahy, že v priamej príčinnej súvislosti s nesprávnym úradným postupom by navrhovateľovi vznikla škoda. Navrhovateľ v konaní tvrdil, že mu vznikla škoda aj v príčinnej súvislosti so zanedbaním dohľadu Národnej banky Slovenska nad činnosťou obchodníka s cennými papiermi. Poukázal na to, že Družstvo poskytovalo finančné prostriedky po tom, ako ich získalo od navrhovateľa obchodníkovi s cennými papiermi na základe zmluvy o riadení portfólia, a medzi nimi tak vznikol záväzkový vzťah, na základe ktorého boli obaja účastníci povinní plniť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voči obchodníkovi s cennými papiermi nedomohlo, bolo by možné v teoretickej rovine dospieť k záveru, že Družstvu vznikla škoda v súvislosti s prípadným nesprávnym úradným postupom Národnej banky Slovenska, spočívajúcom v zanedbaní dohľadu nad obchodníkom s cennými papiermi. Nakoľko v priamej príčinnej súvislosti s prípadným nesprávnym úradným postupom, spočívajúcom v nedostatočnom dohľade nad obchodníkom s cennými papiermi, mohla vzniknúť škoda len na strane Družstva, považoval prípadný nesprávny úradný postup Národnej banky Slovenska vyplývajúci z dohľadu nad obchodníkom s cennými papiermi v danom prípade právne za irelevantný, pretože na strane navrhovateľa nedošlo k vzniku škody v priamej príčinnej súvislosti s prípadným nesprávnym úradným postupom Národnej banky Slovenska spočívajúcom v zanedbaní dohľadu nad obchodníkom s cennými papiermi. Dospel potom k záveru, že v konaní nebolo preukázané, že by odporca nesprávne úradne postupoval tým, že riadne nevykonával bankový dohľad nad uvedenými subjektmi. Družstvo bolo totiž dohliadaným subjektom len v obmedzenom rozsahu ust.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portfólia. Prospekt investície mal podľa zákona obsahovať len zoznam zmlúv, ktoré zabezpečujú odbyt výrobkov navrhovateľa verejnej ponuky majetkových hodnôt alebo realizáciu služieb, ktoré poskytuje (podstatná náležitosť § 128 ods. 1 písm. a) bodu 10 ZoCP). Národná banka Slovenska nemohla vykonávať dohľad nad celkovou činnosťou Družstva, pretože v takom prípade by došlo k prekročeniu jej kompetencií. Skonštatoval,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pričom navrhovateľ ako člen Družstva investoval predmetné peňažné prostriedky do subjektu, na činnosť ktorého mal vplyv, keďže prostredníctvom členskej schôdze členovia uplatňujú svoje právo riadiť záležitosti družstva, kontrolujú činnosť družstva a jeho orgánov v zmysle ustanovení Obchodného zákonníka a stanov Družstva. Poukázal na to, že navrhovateľ nepreukázal, že počas členstva v Družstve realizoval svoje oprávnenia vyplývajúce z členstva tak, že by aktívne zasahoval do činnosti Družstva za účelom odvrátenia hroziacej škody pri zistení nedostatkov v činnosti štatutárnych zástupcov Družstva. Z týchto dôvodov návrh navrhovateľa zamietol. Zamietnutie návrhu navrhovateľa na začatie prejudiciálneho konania pred Súdnym dvorom Európskej únie podľa článku 267 Zmluvy o fungovaní Európskej únie odôvodnil právne ust. § 109 ods. 1 písm. c) O.s.p. a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odvolával. Skonštatoval,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 1060/2009, (EÚ) číslo 1095/2010. Mal potom za to, že rozhodnutie Súdneho dvora Európskej únie o navrhovaných otázkach nie je nevyhnutné pre vydanie rozhodnutia vo veci samej, keď naviac povinnosť obrátiť sa na Súdny dvor Európskej vyplýva po zhodnotení skutkových okolností len súdu, voči rozhodnutiu ktorého nie je prípustný opravný prostriedok, čo prvostupňový súd nie je. Rozhodnutie o trovách konania odôvodnil právne ust. § 142 ods. 1 O.s.p. a vecne plným úspechom odporcu, ktorému náhradu trov konania nepriznal, nakoľko si ich náhradu návrhom neuplatnil a v konaní mu ani žiadne trovy nevznikli. Proti tomuto rozsudku podal navrhovateľ prostredníctvom svojho právneho zástupcu včas odvolanie v časti výroku, ktorým súd prvého stupňa zamietol jeho návrh na zaplatenie náhrady škody s príslušenstvom, a navrhol rozsudok v napadnutej časti zmeniť, a jeho návrhu vo veci samej vyhovieť, resp. rozsudok súdu prvého stupňa v uvedenej časti zrušiť a vec vrátiť na ďalšie konanie. Zároveň žiadal priznať náhradu trov konania. Súdu prvého stupňa vytkol,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 ako úplne irelevantný, nakoľko nemohol mať o takto zúženom dohľade orgánu vedomosť, a nesúhlasil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jemu nepatrili ani zákonom stanovené právomoci dohľadu nad činnosťou Družstva, ani obchodníka s cennými papiermi, ktorými mohol zabezpečiť dodržiavanie zákona o cenných papieroch, resp. sankciami k dodržiavaniu zákona porušujúci subjekt donútiť. Argumentoval, že Národná banka Slovenska zanedbávala svoje povinnosti pri výkone dohľadu nad Družstvom aj obchodníkom s cennými papiermi minimálne od roku 2007. Poukázal na to, že jej povinnosťou podľa ust. § 137 ods. 2 zákona o cenných papieroch je, a aj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jeho. Poukázal na skutočnosť, že v konaní vedenom na Okresnom súde Bratislava I pod sp. zn. 7C 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D.. E.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do Družstva vložených prostriedkov,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2008 do roku 2011. Vo svojom odvolaní ďalej uviedol,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jeho uspokojenia ako veriteľa v konkurznom konaní, a ak áno, v akom rozsahu, pričom súd pri tomto hodnotení dokonca nemá čakať až na konečné rozvrhové uznesenie konkurzného súdu (rozsudok NS ČR zo dňa 11.04.2012, sp. zn. 29Cdo/4968/2009), ale je povinný zohľadniť až napr. správy ustanoveného správcu konkurznej podstaty o stave daného konkurzu. Uviedol, že z písomného vyjadrenia správcu konkurznej podstaty o stave konkurzu vyplýva, že aktuálny stav konkurzu vylučuje možnosť, aby svoju pohľadávku uspokojil z konkurzu. Mal za to, že súd prvého stupňa správu o stave konkurzu nezohľadnil, a že jeho rozhodnutie je preto založené na nesprávnom právnom posúdení vzhľadom na zistený skutkový stav. Tvrdil, že škoda na jeho strane v čase rozhodovania súdu existovala, a tiež, že podmienkou vzniku zodpovednosti štátu za škodu spôsobenú nesprávnym úradným postupom nie je, aby poškodený preukázal bezúspešnosť vydania pohľadávky v konkurznom konaní. Namietal tiež, že zo zápisníc o pojednávaní pred súdom prvého stupňa vyplýva, že listinné dôkazy neboli riadne vykonané spôsobom podľa ust. § 129 ods. 1 O.s.p. (s poukazom na uznesenie Najvyššieho súdu Slovenskej republiky sp. zn. 6M Cdo 11/2010 zo dňa 31.01.2012). Odporca vo svojom vyjadrení k odvolaniu navrhovateľa uviedol, že navrhuje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právoplatné rozhodnutia vydané bankou, z ktorých je jej úradný postup preukázaný. Nesúhlasil s tvrdením navrhovateľa, že je povinnosťou všeobecného súdu dať odpoveď na všetky otázky nastolené účastníkom konania (pričom ani nešpecifikoval, na ktoré otázky nedostal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 jeho tvrdenie, že rozsudok súdu prvého stupňa v napadnutej časti považuje za denegatio iustitiae, účelové. Mal za to,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tiež na to, že navrhovateľ nevyužil všetky možnosti na uplatnenie a vymoženie svojho nároku, pretože nepodal žiadny návrh proti členom predstavenstva ani členom kontrolnej komisie Družstva, ktorí boli zodpovední za jeho riadenie, za hospodárenie a nakladanie s jeho majetkom. Ohľadom tvrdenia navrhovateľa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 navrhovateľ neznalý právnych predpisov, mohol požiadať Národnú banku Slovenska o vysvetlenie jej zákonom zverených kompetencií v oblasti dohľadu nad finančným trhom. Muselo mu však byť známe, že s jeho investíciou je spojené aj riziko, a doterajší alebo propagovaný výnos nie je zárukou budúcich výnosov. Ohľadom navrhovateľom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navrhovateľa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 4968/2009, na ktorý navrhovateľ poukazoval tvrdiac, že jeho žaloba nebola podaná predčasne,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Zdôraznil, že navrhovateľovi doposiaľ nevznikla žiadna škoda, a nemožno ani odhadnúť, kedy a v akej výške mu v budúcnosti eventuálne škoda vznikne, pretože jej vznik a výška závisí od výsledku konkurzného konania na majetok úpadcu (Družstva). Uviedol, že až následne, ak pohľadávka navrhovateľa voči Družstvu nebude uspokojená v rámci konkurzu, môže navrhovateľovi vzniknúť škoda. Ak navrhovateľ tvrdil, že súd prvého stupňa nezohľadnil správu správcu konkurznej podstaty, poukázal na to, že správca uviedol, že hlavné zdroje príjmov, ktoré by mal získať, spočívajú v nárokoch uplatnených súdnou cestou, a že vedie približne 200 súdnych konaní, z čoho podľa jeho názoru jednoznačne vyplýva, že hodnota konkurznej podstaty družstva sa ešte bude meniť, a preto v súčasnosti nie je zrejmé koľko a kedy bude vyplatené jednotlivým bývalým členom družstva. K námietke navrhovateľa, že v konkurze na majetok Družstva a v súvisiacich incidenčných súdnych konaniach viac ako dva roky od vyhlásenia konkurzu nemajú veritelia ani len zistené pohľadávky, poukázal na písomné vyjadrenie správcu konkurznej podstaty Družstva zo dňa 14.09.2011,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s tým spojenej nemožnosti preveriť skutočnú existenciu pohľadávok. Zastával názor, že navrhovateľovi zatiaľ žiadna škoda nevznikla, keďže má voči Družstvu a jeho orgánom vymáhateľnú pohľadávku, a preto považoval záver súdu prvého stupňa o predčasnosti ním podanej žaloby za správny. Nesúhlasil ani s tvrdením navrhovateľa,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 tejto súvislosti tiež zdôraznil, že prítomní účastníci vyhlásili, že na ich oboznámení čítaním netrvajú, pretože všetky listiny nachádzajúce sa v súdnom spise sú im známe. Vyjadril tiež názor, že súdu i zástupcom oboch účastníkov konania bol obsah všetkých listinných dôkazov a vyjadrení známy z inej činnosti súdu prvého stupňa, nakoľko vzhľadom na cca 800 podaných žalôb sa uskutočnili stovky pojednávaní v skutkovo a právne totožných veciach a s totožným dôkazmi.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a jeho výsledky aj náležite v súlade s ust. § 132 O.s.p. zhodnotil, na skutkové zistenia aplikoval správne právne predpisy, z vykonaného dokazovania vyvodil správny právny záver, a svoje rozhodnutie aj veľmi podrobne a náležite v súlade s ust. § 157 ods. 2 O.s.p. odôvodil. S odôvodnením rozhodnutia súdom prvého stupňa sa odvolací súd v celom rozsahu stotožňuje (§ 219 ods. 2 O.s.p.). V postupe súdu prvého stupňa odvolací súd nezistil ani procesné pochybenia alebo vady, ktoré by mali za následok nesprávne rozhodnutie vo veci, keď sa nestotožnil s námietkou navrhovateľa, že nevykonal riadne dokazovanie listinnými dôkazmi. Zo zápisnice o pojednávaní zo dňa 02.12.2014 vyplýva, že súd prvého stupňa vykonal dokazovanie výsluchom právneho zástupcu navrhovateľa a povereného zástupcu odporcu, pričom v priebehu konania (i na predmetnom pojednávaní) doručil obom sporovým stranám všetky vyjadrenia vo veci. Na predmetnom pojednávaní zástupcovia sporových strán do zápisnice z pojednávania výslovne uviedli, že všetky listiny, ktoré sú súčasťou spisu, sú im známe, a preto na ich oboznámení čítaním netrvajú. I keby súd prvého stupňa všetky listinné dôkazy podrobne nečítal, v zmysle ust. § 121 O.s.p. netreba dokazovať skutočnosti všeobecne známe alebo známe súdu z jeho činnosti. V posudzovanej veci je nepochybné, že obsah listinných dôkazov je účastníkom konania a ich zástupcom známy, a súdu prvého stupňa (ako i odvolaciemu súdu) je známy z jeho činnosti, nakoľko bývalí resp. súčasní členovia Družstva vedú pred Okresným súdom Bratislava I (a konkrétne aj pred sudkyňou JUDr. Belavou) stovky sporov voči rovnakému odporcovi, na rovnakom skutkovom a právnom základe, v zastúpení rovnakým právnym zástupcom, a poukazujúc na rovnaké listinné dôkazy, takže dokazovanie ich podrobným čítaním, ani nebolo potrebné vykonať. V tejto súvislosti odvolací súd poukazuje na návrh právneho zástupcu navrhovateľa zo dňa 08.09.2012, ktorým žiadal o spojenie 57 vecí, vedených v oddelení 15C pred sudkyňou JUDr. Belavou na spoločné konanie, a ktorý odôvodnil práve tým, že ide o skutkovo a právne identické veci, a navrhovatelia vychádzajú pri tvrdení a preukazovaní nesprávneho úradného postupu Národnej banky Slovenska zo skutkovo totožných tvrdení a identických dôkazov, a právne posúdenie zakladajú na totožných právnych argumentoch. Z uvedeného je potom nepochybné, že dokazovanie čítaním alebo oboznamovaním v podstate už všeobecne známych, a súdu prvého stupňa z jeho činnosti jednoznačne známych listinných dôkazov, nebolo potrebné vykonať. Rovnaký právny názor zaujal aj Najvyšší súd SR v rozhodnutí sp. zn. 1Obo 283/2006 zo dňa 27.02.2008, a odvolací súd sa s ním stotožnil. Preto aj tvrdenie navrhovateľky o riadnom nevykonaní listinných dôkazov súdom prvého stupňa vyhodnotil ako účelové. Z obsahu spisu vyplýva, že navrhovateľ bol členom PODIELOVÉHO DRUŽSTVA SLOVENSKÉ INVESTÍCIE, Poľná č. 1, Bratislava, IČO: 35 784 717 (ďalej „Družstvo“), toho času v konkurze vyhlásenom uznesením Okresného súdu Bratislava I zo dňa 11.04.2011, č.k. 3K 95/2010-21, právoplatným dňa 05.05.2011, a že do družstva vložil členský vklad a ďalšie vklady, ktoré vydokladoval. Vzhľadom na jeho rozhodnutie z Družstva vystúpiť, jeho členstvo zaniklo rozhodnutím predstavenstva Družstva podľa čl. 16 ods. 3 stanov Družstva ku dňu 10.12.2010, čím mu vzniklo právo na vyplatenie vyrovnacieho podielu vo výške 1.364,69 eur so splatnosťou do 10.06.2011. Svoje nároky si uplatnil voči Družstvu v konkurze na majetok Družstva, ktorý nie je právoplatne skončený. Po popretí časti jeho nároku správcom konkurznej podstaty podal incidenčnú žalobu, konanie o ktorej nie právoplatne skončené. Zaplatenia svojho nároku sa domáha aj v tomto konaní titulom škody spôsobenej nesprávnym úradným postupom Národnej banky Slovenska.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 návrhom domáhal uloženia povinnosti odporcovi zaplatiť mu škodu v sume 16.672,86 eur s príslušenstvom,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navrhovateľ nemohol rozpoznať riziko svojej investície už skôr, najmä po zisteniach, že obchodník s cennými papiermi poskytol Družstvu investičnú službu, ktorú mu poskytovať nemohol. V posudzovanej veci sa teda navrhovateľ voči štátu domáhal náhrady škody, ktorá mu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sú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ust. § 420 ods. 1 Obč. zák. každý zodpovedá za škodu, ktorú spôsobil porušením právnej povinnosti. Podľa ust. § 442 ods. 1 Obč. zák. sa uhrádza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navrhovateľa,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navrhovateľa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navrhovateľovi. Národná banka Slovenska nevykonávala dohľad nad finančnými ukazovateľmi Družstva, ako sa mylne domnieva navrhovateľ. Podľa platnej právnej úpravy mohla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Navrhovateľ ako člen družstva (t.j.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navrhovateľ argumentoval tým, že peňažné prostriedky do Družstva vložil z dôvodu, že sa spoliehal na to, že Družstvo a aj obchodník s cennými papiermi sú subjekty, nad ktorými vykonáva dohľad Národná banka Slovenska,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v zmysle ust. § 415 Obč. zák.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(a ich výkon) voči družstvu, nakoľko ich podcenením či zanedbaním sa aj sám pričinil o znehodnotenie alebo nevymožiteľnosť investovaných prostriedkov.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čo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č.k. 3K 95/2010-21, právoplatným dňa 05.05.2011. Súd prvého stupňa správne vyhodnotil, že navrhovateľ v konaní nepreukázal vznik škody, pretože nepreukázal bezúspešné domáhanie sa úhrady pohľadávky v žalovanej sume voči dlžníkovi, teda Družstvu, s ktorým bol v právnom vzťahu, a ktoré je vo vzťahu k nemu v pozícii dlžníka povinného vydať mu získaný prospech v podobe vyrovnacieho podielu. Nárok na náhradu škody spôsobenej nesprávnym úradným postupom voči odporcovi môže byť v občianskom súdom konaní uplatnený až vtedy, ak navrhovateľ nedosiahne uspokojenie svojej pohľadávky v konkurznom konaní, v ktorom si aj uplatnil pohľadávku, ktorá je predmetom tohto sporu. Je potom nepochybné, že mu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navrhovateľa, rozporujúce záver súdu prvého stupňa o predčasnosti podanej žaloby, ako nedôvodné. S poukazom na vyššie uvedené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O trovách odvolacieho konania rozhodol podľa ust. § 224 ods. 1 v spojení s § 142 ods. 1 O.s.p., a ich náhradu úspešnému odporcovi nepriznal, pretože si právo na ich náhradu neuplatnil (ust. § 151 ods. 1 O.s.p.). Napadnutým uznesením č.k. 15C 159/2012-329 zo dňa 26.01.2015 súd prvého stupňa uložil navrhovateľovi povinnosť do pätnásť dní od doručenia uznesenia zaplatiť súdny poplatok za odvolanie proti rozsudku vo výške 20 eur s tým, že poplatok bol vyrúbený podľa ust. 6 ods. 2 zák. č. 71/1992 Zb. a položky č. 7a Sadzobníka súdnych poplatkov.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účinného do 30.09.2012, a na ust. § 18ca zákona č. 71/1992 Zb., účinného k 01.10.2012, namietal uloženie povinnosti zaplatiť súdny poplatok za odvolanie vzhľadom na to, že predmetom konania je nárok navrhovateľa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30.09.2012, teda aj k vyrúbenému poplatku. Mal za to, že napadnuté uznesenie súdu prvého stupňa spočíva na nesprávnom právnom posúdení veci. V tejto súvislosti poukázal na rozhodnutie Krajského súdu v Bratislave č.k. 4Co 128/2014-310 zo dňa 29.04.2014, v ktorom si odvolací súd jeho názor osvojil. Odvolací súd, ktorý bol viazaný rozsahom a dôvodmi odvolania (§ 212 ods. 1 O.s.p.), preskúmal napadnuté uznesenie, prejednal odvolanie bez nariadenia pojednávania podľa § 214 ods. 2 O.s.p., a po prehodnotení svojho pôvodného právneho názoru dospel k záveru, že odvolanie navrhovateľa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sa poplatky podľa rovnakej sadzby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a súdny poplatok navrhovateľovi vyrúbil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ust. § 6 ods. 2 prvá veta zák. č. 71/1992 Zb.) iba v prípade, ak by odvolanie podal pred 30. septembrom 2012. Odvolanie však podal dňa 07.01.2015, z čoho vyplýva, že odvolacie konanie sa začalo za účinnosti zák. č. 71/1992 Zb. v znení zák. č. 286/2012 Z.z.. Preto postupoval súd prvého stupňa správne, ak mu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ust. § 219 ods. 1 O.s.p. ako vecne správne potvrdil. Toto rozhodnutie bolo prijaté senátom Krajského súdu v Bratislave pomerom hlasov 3:0. Poučenie: Proti tomuto rozsudku odvolanie nie je prípustné.</w:t>
      </w:r>
    </w:p>
    <w:p/>
    <w:p>
      <w:r>
        <w:t>Zdroj: KAUZIS.SK – https://www.kauzis.sk/judikatura/r/ECLI:SK:KSBA:2015:1112227191.4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