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1Cob/191/2015 z 6. 8. 2015</w:t>
      </w:r>
    </w:p>
    <w:p>
      <w:r>
        <w:t>Opravné uznesenie Krajského súdu Bratislava z 6. augusta 2015, sp. zn. 1Cob/191/2015, ECLI:SK:KSBA:2015:1114214767.4</w:t>
      </w:r>
    </w:p>
    <w:p>
      <w:r>
        <w:t>Súd: Krajský súd Bratislava</w:t>
      </w:r>
    </w:p>
    <w:p>
      <w:r>
        <w:t>Spisová značka: 1Cob/191/2015</w:t>
      </w:r>
    </w:p>
    <w:p>
      <w:r>
        <w:t>ECLI: ECLI:SK:KSBA:2015:1114214767.4</w:t>
      </w:r>
    </w:p>
    <w:p>
      <w:r>
        <w:t>Dátum vydania: 6. 8.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1Cob/191/2015 Identifikačné číslo súdneho spisu: 1114214767 Dátum vydania rozhodnutia: 07. 08. 2015 Meno a priezvisko sudcu, VSÚ: JUDr. Soňa Pekarčíková ECLI: ECLI:SK:KSBA:2015:1114214767.4 Opravné uznesenie Krajský súd v Bratislave v právnej veci navrhovateľa: RELAXIS, s.r.o., Mickiewiczova 14, Bratislava, IČO: 36 525 243, zast.: Advokátska kancelária Kovár a partneri, s.r.o., Vajnorská 8/A, Bratislava, IČO: 35 789 697 proti odporcovi: G. P., A.. X.X.XXXX, P. XX, W., zast.: JUDr. Ľubomír Hlbočan, advokát, Vajnorská 20, 831 01 Bratislava o zaplatenie sumy 743.180 eur s prísl., o návrhu na nariadenie predbežného opatrenia a o oprave uznesenia Krajského súdu v Bratislave zo dňa 29.7.2015, č.k. 1Cob 191/2015-146 takto r o z h o d o l : Krajský súd v Bratislave opravuje výrok uznesenia Krajského súdu v Bratislave zo dňa 29.7.2015, č.k. 1Cob 191/2015-146 v časti - „. Č.. XX na X. F.. F. T. X.. Č.. XXXX postavenom na pozemku F.. Č.. XXXX na P. J.. Č.. XX Q. W. s prislúchajúcim podielom priestoru na spoločných častiach a spoločných zariadeniach domu a spoluvlastníckym podielom na pozemku vo veľkosti XXXX/XXXXXX-G. k celku“ tak, že správne má znieť: - W. Č.. XX na X. F.. F. T. X.. Č.. XXXX postavenom na pozemku parc. č. XXXX na P. J.. Č.. XX Q. W. s prislúchajúcim podielom priestoru na spoločných častiach a spoločných zariadeniach domu a spoluvlastníckym podielom na pozemku vo veľkosti XXXXX/XXXXXX-G. k celku. V ostanom zostáva uznesenie Krajského súdu v Bratislave zo dňa 29.7.2015, č.k. 1Cob 191/2015-146 nezmenené. o d ô v o d n e n i e : Odvolací súd na podnet žalobcu zo dňa 6.8.2015 zistil, že vo výrokovej časti uznesenia Krajského súdu v Bratislave zo dňa 29.7.2015, č.k. 1Cob 191/2015-146 je pri nehnuteľnosti - W. Č.. XX na X. F.. F. T. X.. Č.. XXXX F. na F. F.. Č.. XXXX na P. J.. Č.. XX Q. W. nesprávne uvedený prislúchajúci podiel priestoru na spoločných častiach a spoločných zariadeniach domu a spoluvlastnícky podiel na pozemku. Podľa § 164 O.s.p. súd kedykoľvek aj bez návrhu opraví v rozsudku chyby v písaní a počítaní, ako aj iné zrejmé nesprávnosti. Návrhu na opravu súd rozhodne do 30 dní od jeho podania. O oprave vydá opravné uznesenie, ktoré doručí účastníkom. Pritom môže odložiť vykonateľnosť rozsudku na čas, kým opravné uznesenie nenadobudne právoplatnosť. S poukazom na uvedené odvolací súd rozhodol tak, ako je uvedené vo výrokovej časti tohto rozhodnutia.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https://www.kauzis.sk/judikatura/r/ECLI:SK:KSBA:2015:1114214767.4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