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11CoP/588/2014 z 7. 1. 2015</w:t>
      </w:r>
    </w:p>
    <w:p>
      <w:r>
        <w:t>Uznesenie Krajského súdu Bratislava z 7. januára 2015, sp. zn. 11CoP/588/2014, ECLI:SK:KSBA:2015:1114228069.1</w:t>
      </w:r>
    </w:p>
    <w:p>
      <w:r>
        <w:t>Súd: Krajský súd Bratislava</w:t>
      </w:r>
    </w:p>
    <w:p>
      <w:r>
        <w:t>Spisová značka: 11CoP/588/2014</w:t>
      </w:r>
    </w:p>
    <w:p>
      <w:r>
        <w:t>ECLI: ECLI:SK:KSBA:2015:1114228069.1</w:t>
      </w:r>
    </w:p>
    <w:p>
      <w:r>
        <w:t>Dátum vydania: 7. 1. 2015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11CoP/588/2014 Identifikačné číslo súdneho spisu: 1114228069 Dátum vydania rozhodnutia: 08. 01. 2015 Meno a priezvisko sudcu, VSÚ: JUDr. Katarína Štrignerová ECLI: ECLI:SK:KSBA:2015:1114228069.1 Uznesenie Krajský súd v Bratislave, v právnej veci navrhovateľky: G.. Q. Š., H.. P., A.. XX.XX.XXXX, S. W. P. XXX/X, X. L., S..Č.. W. N. Š. XX, zast. JUDr. Vladimírom Baťalíkom, advokátom, AK Š. Kukuru 14, Michalovce, proti odporcovi: P.. Š. Š., A.. XX.XX.XXXX, S. W. P. XXX/X, X. L., S..Č.. W. N. XX, W., o rozvod manželstva a o úpravu výkonu rodičovských práv a povinností k maloletému Y. Š., A.. XX.XX.XXXX na čas po rozvode manželstva, na odvolanie odporcu proti uzneseniu Okresného súdu Bratislava I zo dňa 28.10.2014, č.k. 1P 147/2014-63 jednohlasne ( pomerom hlasov 3:0 ) takto r o z h o d o l : Uznesenie súdu prvého stupňa zo dňa 28.10.2014, č.k. 1P 147/2014-63, ktorým zrušil uznesenie zo dňa 17.10.2014, č.k. 1P 147/2014-52 sa z r u š u j e. o d ô v o d n e n i e : Okresný súd Bratislava I uznesením zo dňa 28.10.2014, č.k. 1P 147/2014-63 zrušil uznesenie zo 17.10.2014, č.k. 1P 147/2014-52, ktorým za kolízneho opatrovníka maloletého v konaní o rozvod manželstva a úpravu práv a povinností k maloletému na čas po rozvode manželstva ustanovil Úrad práce sociálnych vecí a rodiny so sídlom v Bratislave. Rozhodol tak po zistení, že bydlisko matky a maloletého nie je v služobnom úrade Úradu práce sociálnych vecí a rodiny Bratislava, ale v služobnom obvode Úradu práce sociálnych vecí a rodiny Michalovce, potom čo sa matka s maloletým do ich obvodu presťahovala. Proti tomuto uzneseniu v zákonnej lehote podal odvolanie odporca, ktorý žiadal uznesenie súdu prvého stupňa zrušiť a v konaní ďalej pokračovať s pôvodne ustanoveným kolíznym opatrovníkom maloletého, a to Úradom práce sociálnych vecí a rodiny Bratislava. Ako dôvod uviedol, že on ako odporca v konaní a otec maloletého býva a zdržuje sa na adrese N. XX W., čo je v obvode Okresného súdu Bratislava I, maloletý nie je prihlásený k trvalému pobytu v obvode Okresného súdu Michalovce a tým v obvode Úradu práce sociálnych vecí rodiny Michalovce, najmä však poukázal na uznesenie Krajského súdu v Košiciach zo dňa 31.10.2014, č.k. 8CoP 336/2014-93, ktorým bol maloletý zverený do dočasnej striedavej osobnej starostlivosti rodičov s tým, že každý párny týždeň bude maloletý v starostlivosti matky a každý nepárny kalendárny týždeň v jeho starostlivosti. Z uvedeného rozhodnutia vyplýva, že maloletý sa bude zdržiavať i v obvode Okresného súdu Bratislava I, t.j. v mieste, kde sa zdržuje a býva aj on ako otec maloletého. Odvolací súd preskúmal napadnuté uznesenie súdu prvého stupňa podľa § 212 ods. 2 písm. a/ O.s.p., vec prejednal bez nariadenia pojednávania podľa § 214 ods. 2 O.s.p. dospel k záveru, že odvolanie odporcu je dôvodné. Predmetom konania v danej veci je návrh navrhovateľky na rozvod manželstva a úpravu práv a povinností k maloletému na čas po rozvode manželstva. Súd prvého stupňa správne uznesením zo 17.10.2014, č.k. 1P 147/2014-52 ustanovil v zmysle § 31 ods. 2 Zák. o rodine maloletému v konaní opatrovníka, a to Úrad práce sociálnych vecí a rodiny so sídlom Bratislava, Vazovova 7/A. Rovnako správne po zistení, že navrhovateľka s maloletým sa presťahovala do Michaloviec, svoje rozhodnutie o ustanovení kolízneho opatrovníka zrušil, keďže v záujme maloletého je, aby ho v konaní zastupoval opatrovník, v obvode ktorého sa maloletý zdržiava. Tým, že v priebehu konania otec podal na Okresný súd Michalovce návrh na nariadenie predbežného opatrenia, o ktorom Okresný súd Michalovce uznesením z 30.06.2014, č.k. 2P 194/2014-70 rozhodol, a to zamietnutím návrh otca, Krajský súd Košice však uznesením z 31.10.2014, č.k. 8Cop 336/2014-93 uznesenie Okresného súdu Michalovce zmenil a maloletého zveril do dočasnej striedavej osobnej starostlivosti oboch rodičov v týždenných intervaloch, nastala situácia, ktorá i naďalej odôvodňuje, aby maloletého v konaní o rozvod manželstva, ktoré je vedené na Okresnom súde Bratislava I v konaní zastupoval pôvodne ustanovený kolízny opatrovník, a to Úrad práce sociálnych vecí a rodiny so sídlom Bratislava, Vazovova 7/A. S poukazom na uvedené odvolací súd napadnuté uznesenie súdu prvého stupňa podľa § 221 ods. 1 O.s.p. zrušil. Poučenie: Proti tomuto uzneseniu odvolanie nie je prípustné.</w:t>
      </w:r>
    </w:p>
    <w:p/>
    <w:p>
      <w:r>
        <w:t>Zdroj: KAUZIS.SK – https://www.kauzis.sk/judikatura/r/ECLI:SK:KSBA:2015:1114228069.1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