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11CoP/23/2015 z 8. 3. 2015</w:t>
      </w:r>
    </w:p>
    <w:p>
      <w:r>
        <w:t>Uznesenie Krajského súdu Bratislava z 8. marca 2015, sp. zn. 11CoP/23/2015, ECLI:SK:KSBA:2015:1114233327.1</w:t>
      </w:r>
    </w:p>
    <w:p>
      <w:r>
        <w:t>Súd: Krajský súd Bratislava</w:t>
      </w:r>
    </w:p>
    <w:p>
      <w:r>
        <w:t>Spisová značka: 11CoP/23/2015</w:t>
      </w:r>
    </w:p>
    <w:p>
      <w:r>
        <w:t>ECLI: ECLI:SK:KSBA:2015:1114233327.1</w:t>
      </w:r>
    </w:p>
    <w:p>
      <w:r>
        <w:t>Dátum vydania: 8.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11CoP/23/2015 Identifikačné číslo súdneho spisu: 1114233327 Dátum vydania rozhodnutia: 09. 03. 2015 Meno a priezvisko sudcu, VSÚ: JUDr. Bianka Gelačíková ECLI: ECLI:SK:KSBA:2015:1114233327.1 Uznesenie Krajský súd v Bratislave vo veci starostlivosti súdu o maloleté dieťa: L. U., Z.. XX.XX.XXXX, bytom O. XX, XXX XX B., zastúpený kolíznym opatrovníkom Úradom práce, sociálnych vecí a rodiny Bratislava, so sídlom Vazovova 7/A, 816 16 Bratislava, dieťa rodičov: matka - D.. M. A., K. B. H. Z. X, XXX XX B., X. B. O. XX, XXX XX B., a otec - X. U., K. B. P. XX, XXX XX B., na zníženie výživného na maloleté dieťa a o prenesenie príslušnosti, na odvolanie matky proti uzneseniu Okresného súdu Bratislava I zo dňa 15.12.2014, č.k. 1P/178/2014-13, jednohlasne (pomerom hlasov 3:0), takto r o z h o d o l : Uznesenie súdu prvého stupňa sa p o t v r d z u j e. o d ô v o d n e n i e : Okresný súd Bratislava I ako súd príslušný vo veci konať podľa § 11 ods. 1 O.s.p. postupom podľa 177 ods. 2 O.s.p. v spojení s ust. § 88 ods. 1 písm. c/ O.s.p. preniesol príslušnosť na Okresný súd Bratislava IV. Za zmenu okolností odôvodňujúcu prenesenie príslušnosti považoval zmenu bydliska maloletého, pričom konštatoval, že bude v záujme maloletého, aby vo veci ďalej konal súd, v obvode ktorého má maloletý bydlisko. Proti tomuto uzneseniu v zákonnej lehote podala odvolanie matka, ktorá uviedla, že napriek tomu, že so synom spolu bývajú na O. XX, B., označila za dočasné, pokiaľ to zdravotný stav a financie matky umožnia, avšak najneskôr do ukončenia strednej školy maloletého. Okresný súd Bratislava I v minulosti rozhodoval v dvoch veľmi dôležitých veciach pre maloletého a vzhľadom na to, že maloletý má ťažké zdravotné postihnutie, okolnosti sú pomerne zložité a citlivé. Má za to, že Okresný súd Bratislava I v predchádzajúcich právnych veciach zobral do úvahy špecifické potreby maloletého a že by bolo v jeho záujme, keby rozhodol aj v tejto právnej veci o zníženie výživného. Odvolací súd preskúmal napadnuté uznesenie súdu prvého stupňa podľa § 212 ods. 2 písm. a) O.s.p., vec prejednal bez nariadenia odvolacieho pojednávania podľa § 214 ods. 2 O.s.p., a dospel k záveru, že odvolanie matky nie je dôvodné. V prvom rade treba uviesť, že pre určenie miestnej príslušnosti súdu vo všeobecnosti platí zásada perpetuatio fori (§ 11 ods. 1 O.s.p.). Ustanovenie § 177 ods. 2 O.s.p. túto zásadu prelamuje a pripúšťa, ak sa zmenili okolnosti týkajúce sa miestnej príslušnosti, ktoré tu boli v čase založenia príslušnosti, aby súd preniesol príslušnosť na iný súd. Tento procesný postup je však možný iba v prípade, ak ide o vec starostlivosti súdu o maloletých, ak došlo k zmene pomerov v porovnaní so stavom, ktorý tu bol v čase pôvodného založenia miestnej príslušnosti a prenesenie príslušnosti je v záujme maloletého dieťaťa. Na postup súdu v zmysle uvedeného zákonného ustanovenia je pritom potrebné splnenie všetkých podmienok v ňom uvedených. V zmysle uvedeného v danej veci postupoval aj súd prvého stupňa, pričom jeho postup v žiadnom prípade nemožno hodnotiť ako nezáujem, či neposkytnutie ochrany maloletému dieťaťu. Tvrdenia matky, že Okresný súd Bratislava I v minulosti rozhodoval v dvoch veľmi dôležitých veciach pre maloletého a zobral do úvahy špecifické potreby maloletého, nemožno považovať za právne relevantné. Ako Okresný súd Bratislava I, tak aj Okresný súd Bratislava IV bude konať v prvom rade v záujme maloletého dieťaťa, keďže v konaní starostlivosti o maloleté dieťa je súd povinný poskytnúť prioritne ochranu právam maloletého dieťaťa. Z uvedeného dôvodu je potrebné dať priestor Okresnému súdu Bratislava IV, ako t.č. súdu príslušnému podľa bydliska dieťaťa, aby vo veci konal a rozhodol. Za danej skutkovej situácie postup Okresného súdu Bratislava I bol v súlade s ust. § 177 ods. 2 O.s.p., z ktorého dôvodu odvolací súd uznesenie súdu prvého stupňa, ako vecne správne podľa § 219 O.s.p. potvrdil. Poučenie: Proti tomuto uzneseniu nie je odvolanie prípustné.</w:t>
      </w:r>
    </w:p>
    <w:p/>
    <w:p>
      <w:r>
        <w:t>Zdroj: KAUZIS.SK – https://www.kauzis.sk/judikatura/r/ECLI:SK:KSBA:2015:1114233327.1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