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11Co/91/2015 z 26. 7. 2015</w:t>
      </w:r>
    </w:p>
    <w:p>
      <w:r>
        <w:t>Uznesenie Krajského súdu Bratislava z 26. júla 2015, sp. zn. 11Co/91/2015, ECLI:SK:KSBA:2015:1115205751.1</w:t>
      </w:r>
    </w:p>
    <w:p>
      <w:r>
        <w:t>Súd: Krajský súd Bratislava</w:t>
      </w:r>
    </w:p>
    <w:p>
      <w:r>
        <w:t>Spisová značka: 11Co/91/2015</w:t>
      </w:r>
    </w:p>
    <w:p>
      <w:r>
        <w:t>ECLI: ECLI:SK:KSBA:2015:1115205751.1</w:t>
      </w:r>
    </w:p>
    <w:p>
      <w:r>
        <w:t>Dátum vydania: 26.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11Co/91/2015 Identifikačné číslo súdneho spisu: 1115205751 Dátum vydania rozhodnutia: 27. 07. 2015 Meno a priezvisko sudcu, VSÚ: JUDr. Blanka Podmajerská ECLI: ECLI:SK:KSBA:2015:1115205751.1 Uznesenie Krajský súd v Bratislave, v právnej veci navrhovateľa: S. T., I..W..V.. I. I. V. XX,XXXXX D., X.:XX XXX XXX, zastúpeného: Advokátska kancelária CORPIS, s. r. o., so sídlom Tŕnie 136,962 34 Tŕnie, pobočka Bratislava Laurinská 18 Bratislava, IČO: 47 237 783 , proti odporcom: 1/. W. N., T. D. H. XXXX,XXX XX I., štátny občan SR, 2/. T. D., O..I.. I. I. H. R.K. X,XXX XX D. XX, X.: XX XXX XXX, o vydanie bezdôvodného obohatenia a o nariadenie predbežného opatrenia, na odvolanie navrhovateľa proti uzneseniu Okresného súdu Bratislava I zo dňa 27.3.2015, č.k. 20C66/2015 - 13, jednohlasne ( pomerom hlasov 3:0 ) takto r o z h o d o l : Odvolacie konanie sa z a s t a v u j e. o d ô v o d n e n i e : V napadnutom uznesení súd prvého stupňa právne dôvodiac § 102 ods.1, § 74 ods.1, § 75 ods.1 , § 76 ods.1 písm. e/ O.s.p. zamietol návrh navrhovateľa na nariadenie predbežného opatrenia, ktorým by bol odporcovi v 2/ rade uložený zákaz nakladať s peňažnými prostriedkami na účte odporcu v 1/rade, číslo účtu XXXXXXXXXX/XXXX, vedenom C. T. D., O..I.., do výšky XX.XXX euro, až do právoplatnosti rozhodnutia vo veci samej. Proti uzneseniu podal odvolanie navrhovateľ namietajúc, že súd prvého stupňa pri rozhodovaní o jeho návrhu na nariadenie predbežného opatrenia vychádzal z nedostatočne zisteného skutkového stavu. V písomnom podaní doručenom súdu prvého stupňa dňa 3.6.2015 navrhovateľ oznámil, že odvolanie zo dňa 19.5.2015 berie späť. Podľa ust. § 207 zák.č. 99/1963 Zb. v platnom znení ( ďalej „O.s.p.“) vzdať sa odvolania možno len voči súdu, a to až po vyhlásení rozhodnutia. Dokiaľ o odvolaní nebolo rozhodnuté, možno ho vziať späť. Ak niekto vzal odvolanie späť, nemôže ho podať znova. Ak sa odvolanie, o ktorom nebolo rozhodnuté, vzalo späť, odvolací súd odvolacie konanie zastaví. Podľa ust. § 222 ods.1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Odvolací súd prejednal vec bez nariadenia odvolacieho pojednávania ( § 214 ods. 2 O.s.p.) a pri rozhodovaní prihliadal na okolnosť, že k späťvzatiu odvolania podaného navrhovateľom proti uzneseniu Okresného súdu Bratislava IV zo dňa 27.3.2015, č.k. 20C/66/2015-13 došlo v čase, kedy o ňom nebolo odvolacím súdom rozhodnuté. Z horeuvedených dôvodov odvolací súd odvolacie konanie zastavil ( § 207 O.s.p.). O náhrade trov predbežného opatrenia rozhodne súd prvého stupňa pri rozhodovaní o trovách konania ( § 145 O.s.p.). Poučenie: Proti tomuto uzneseniu nie je odvolanie prípustné.</w:t>
      </w:r>
    </w:p>
    <w:p/>
    <w:p>
      <w:r>
        <w:t>Zdroj: KAUZIS.SK – https://www.kauzis.sk/judikatura/r/ECLI:SK:KSBA:2015:1115205751.1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