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11CoP/283/2015 z 2. 6. 2015</w:t>
      </w:r>
    </w:p>
    <w:p>
      <w:r>
        <w:t>Uznesenie Krajského súdu Bratislava z 2. júna 2015, sp. zn. 11CoP/283/2015, ECLI:SK:KSBA:2015:1115212155.1</w:t>
      </w:r>
    </w:p>
    <w:p>
      <w:r>
        <w:t>Súd: Krajský súd Bratislava</w:t>
      </w:r>
    </w:p>
    <w:p>
      <w:r>
        <w:t>Spisová značka: 11CoP/283/2015</w:t>
      </w:r>
    </w:p>
    <w:p>
      <w:r>
        <w:t>ECLI: ECLI:SK:KSBA:2015:1115212155.1</w:t>
      </w:r>
    </w:p>
    <w:p>
      <w:r>
        <w:t>Dátum vydania: 2. 6. 2015</w:t>
      </w:r>
    </w:p>
    <w:p>
      <w:r>
        <w:t>Forma: Uznesenie</w:t>
      </w:r>
    </w:p>
    <w:p>
      <w:pPr>
        <w:pStyle w:val="Heading2"/>
      </w:pPr>
      <w:r>
        <w:t>Text rozhodnutia</w:t>
      </w:r>
    </w:p>
    <w:p>
      <w:r>
        <w:t>Súd: Krajský súd Bratislava Spisová značka: 11CoP/283/2015 Identifikačné číslo súdneho spisu: 1115212155 Dátum vydania rozhodnutia: 03. 06. 2015 Meno a priezvisko sudcu, VSÚ: JUDr. Bianka Gelačíková ECLI: ECLI:SK:KSBA:2015:1115212155.1 Uznesenie Krajský súd v Bratislave vo veci vyslovenia prípustnosti prevzatia umiestneného X. Y., Q.. XX.XX.XXXX, U. D. H. XX, U., zastúpeného opatrovníkom Mestskou časťou Bratislava - Staré mesto, Bratislava, Vajanského nábrežie 3 do Univerzitná nemocnica Bratislava, Pažítkova 4, pracovisko Nemocnica Staré mesto, Mickiewiczova 13, psychiatrická klinika LF UK UNB, na odvolanie umiestneného proti rozhodnutiu Okresného súdu Bratislava I, č. k. 3PU/81/2015-7 zo dňa 04.05.2015 takto r o z h o d o l : Uznesenie súdu prvého stupňa sa p o t v r d z u j e. o d ô v o d n e n i e : Súd prvého stupňa vyslovil, že prevzatie umiestneného X. Y., Q.. XX.XX.XXXX do ústavu Univerzitná nemocnica Bratislava, Pažítkova 4, pracovisko Nemocnica Staré mesto, Mickiewiczova 13, psychiatrická klinika LF UK a UNB, ku ktorému došlo dňa 01.05.2015 má zákonné dôvody. Súd prvého stupňa zdôvodnil svoje rozhodnutie tak, že na základe výsluchu umiestneného a ošetrujúceho lekára mal preukázané, že k prevzatiu umiestneného došlo pre riziko verbálnej a brachiálnej agresivity umiestneného. Ošetrujúci lekár diagnostikoval umiestnenému bludovú poruchu, pri vyšetrení pozoroval u umiestneného zrýchlené myslenie, štrukturálne poruchy myslenia, pseudofilozofovanie, paranoidné a extrapotenčné bludné obsahy. Súd prvého stupňa konštatoval, že prevzatie malo zákonné dôvody, pretože bolo potrebné odstrániť riziko verbálnej a brachiálnej agresivity umiestneného vyvolanej diagnostikovanou bludovou poruchou. Proti tomuto rozhodnutiu podal odvolanie umiestnený. Žiadal zrušiť rozhodnutie súdu prvého stupňa. Uviedol, že bol napadnutý nejakým civilistom, z ktorého bolo cítiť alkohol. Až dodatočne mu napadlo, že na exkurzii pre opitosť si nevšimol preškrtnutie nápisu NATO. Transparent bol na rukoväti opretý o čelnú stranu pamätníka, aj keď sa jemu správca nijako nepreukázal, transparent dočasne odložil na zem za blízkym rohom. Má na to svedka ďalšieho priebehu. Na oddelení bol svedkom veľmi brutálnej bitky pacienta s menom E., od iného pacienta, ktorý prišiel v priebehu jeho hospitalizácie. Správanie sa sanitárov a aj väčšiny zdravotníckeho personálu nesie znaky psychopatických osobností. Zadržanie považuje za neoprávnené, pretože jeho priateľku a priateľov privolané hliadky násilím v dobe návštevy vyvliekli z oddelenia. Jeho prepustenie bol zjavný precedens. Na niečo také post socialistický lekári, polobohovia tam evidentne nie sú zvyknutí. Je verejne činný v mierových a proobčianskych aktivitách v Bratislave. K odvolaniu priložil prepúšťaciu správu zo dňa 05.05.2015. Odvolací súd preskúmal vec podľa § 212 ods. 2 písm. a/ O.s.p., prejednal vec podľa § 214 ods. 2 O.s.p. a dospel k záveru, že rozhodnutie súdu prvého stupňa je správne. Súd prvého stupňa postupoval vo veci v súlade s § 191a a nasl. O.s.p., keď vypočul ošetrujúceho lekára a umiestneného, odvolací súd konštatuje, že boli splnené všetky zákonom predpísané skutočnosti pre zákonné prevzatie do ústavu. Odvolací súd podľa § 219 ods. 2 O.s.p. poukazuje na správe dôvody súdu prvého stupňa, s ktorými sa stotožňuje Na námietky chorého nebolo možné prihliadnuť, pretože tieto nemali vplyv na vecnú správnosť rozhodnutia súdu prvého stupňa. Rozhodnutie súdu prvého stupňa je správne, odvolací súd ho potvrdil podľa § 219 O.s.p. Poučenie: Proti tomuto uzneseniu odvolanie nie je prípustné.</w:t>
      </w:r>
    </w:p>
    <w:p/>
    <w:p>
      <w:r>
        <w:t>Zdroj: KAUZIS.SK – https://www.kauzis.sk/judikatura/r/ECLI:SK:KSBA:2015:1115212155.1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