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9Co/353/2014 z 29. 10. 2015</w:t>
      </w:r>
    </w:p>
    <w:p>
      <w:r>
        <w:t>Uznesenie Krajského súdu Bratislava z 29. októbra 2015, sp. zn. 9Co/353/2014, ECLI:SK:KSBA:2015:1207235925.2</w:t>
      </w:r>
    </w:p>
    <w:p>
      <w:r>
        <w:t>Súd: Krajský súd Bratislava</w:t>
      </w:r>
    </w:p>
    <w:p>
      <w:r>
        <w:t>Spisová značka: 9Co/353/2014</w:t>
      </w:r>
    </w:p>
    <w:p>
      <w:r>
        <w:t>ECLI: ECLI:SK:KSBA:2015:1207235925.2</w:t>
      </w:r>
    </w:p>
    <w:p>
      <w:r>
        <w:t>Dátum vydania: 29.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9Co/353/2014 Identifikačné číslo súdneho spisu: 1207235925 Dátum vydania rozhodnutia: 30. 10. 2015 Meno a priezvisko sudcu, VSÚ: JUDr. Roman Huszár ECLI: ECLI:SK:KSBA:2015:1207235925.2</w:t>
      </w:r>
    </w:p>
    <w:p>
      <w:r>
        <w:t>Uznesenie Krajský súd v Bratislave v právnej veci žalobcu: H.. K.. U. Y., F. Č.. XX, F., zast. JUDr. Dagmar Matuškovou, advokátkou, Advokátska kancelária, Búdková č. 12, Bratislava proti žalovanému: Ministerstvo hospodárstva SR, Mierová č. 19, Bratislava IČO: 686 832, o porušenia práva na rovnaké zaobchádzanie a náhradu nemajetkovej ujmy, na odvolanie žalobcu proti rozsudku Okresného súdu Bratislava II, č. k. 8C/335/2007-141 zo dňa 16. decembra 2013, takto</w:t>
      </w:r>
    </w:p>
    <w:p>
      <w:r>
        <w:t>r o z h o d o l :</w:t>
      </w:r>
    </w:p>
    <w:p>
      <w:r>
        <w:t>Odvolací súd odvolacie konanie z a s t a v u j e.</w:t>
      </w:r>
    </w:p>
    <w:p>
      <w:r>
        <w:t>Žiaden z účastníkov n e m á právo na náhradu trov odvolacieho konania.</w:t>
      </w:r>
    </w:p>
    <w:p>
      <w:r>
        <w:t>o d ô v o d n e n i e :</w:t>
      </w:r>
    </w:p>
    <w:p>
      <w:r>
        <w:t>Napadnutým rozsudkom súd prvého stupňa žalobu v časti uloženia povinnosti žalovanému zaplatiť žalobcovi sumu 99.581,75 € zamietol; vo zvyšku konanie zastavil. Žalovanému právo na náhradu trov konania nepriznal.</w:t>
      </w:r>
    </w:p>
    <w:p>
      <w:r>
        <w:t>Rozsudok odvolaním v jeho zamietajúcej časti v zákonom stanovenej lehote napadol žalobca, domáhajúc sa zmeny napadnutého rozsudku tak, že žalobe odvolací súd vyhovie, alternatívne zrušenia veci a vrátenia prvostupňovému súdu na ďalšie konanie.</w:t>
      </w:r>
    </w:p>
    <w:p>
      <w:r>
        <w:t>Žalovaný v písomnom vyjadrení k odvolaniu žiadal rozsudok súdu prvého stupňa ako vecne správny potvrdiť.</w:t>
      </w:r>
    </w:p>
    <w:p>
      <w:r>
        <w:t>Písomným podaním zo dňa 14. 08. 2015 (zrejme omylom datované podanie, namiesto 14. 07. 2015), doručeným odvolaciemu súdu dňa 15. 07. 2015, vzal žalobca odvolanie proti rozsudku v celom rozsahu späť.</w:t>
      </w:r>
    </w:p>
    <w:p>
      <w:r>
        <w:t>Podľa § 207 ods. 2 O. s. p. dokiaľ o odvolaní nebolo rozhodnuté, možno ho vziať späť. Ak niekto vzal odvolanie späť, nemôže ho podať znova.</w:t>
      </w:r>
    </w:p>
    <w:p>
      <w:r>
        <w:t>Podľa § 207 ods. 3 O. s. p. ak sa odvolanie, o ktorom nebolo rozhodnuté, vzalo späť, odvolací súd odvolacie konanie zastaví.</w:t>
      </w:r>
    </w:p>
    <w:p>
      <w:r>
        <w:t>Odvolací súd na základe vyššie uvedeného dospel k záveru, že vzhľadom na to, že o odvolaní žalobcu nebolo ešte odvolacím súdom rozhodnuté, bolo ho možné vziať späť (§ 207 ods. 2 O. s. p.). Zo strany žalobcu došlo k účinnému späťvzatiu celého odvolania; v dôsledku čoho zanikol i predmet odvolacieho konania, preto odvolací súd odvolacie konanie zastavil (§ 207 ods. 3 O. s. p.).</w:t>
      </w:r>
    </w:p>
    <w:p>
      <w:r>
        <w:t>O náhrade trov odvolacieho konania rozhodol odvolací súd podľa § 224 ods. 1 a § 146 ods. 1 písm. c/ O. s. p., podľa ktorého žiaden z účastníkov nemá právo na náhradu trov konania, ktoré bolo zastavené.</w:t>
      </w:r>
    </w:p>
    <w:p>
      <w:r>
        <w:t>Toto rozhodnutie bolo prijaté senátom Krajského súdu v Bratislave, pomerom hlasov 3 : 0 (§ 3 ods. 9 zák. č. 757/2004 Z. z. o súdoch a o zmene a doplnení niektorých zákonov, v znení neskorších zákonov).</w:t>
      </w:r>
    </w:p>
    <w:p>
      <w:r>
        <w:t>Poučenie:</w:t>
      </w:r>
    </w:p>
    <w:p>
      <w:r>
        <w:t>Proti tomuto uzneseniu odvolanie n i e j e prípustné.</w:t>
      </w:r>
    </w:p>
    <w:p/>
    <w:p>
      <w:r>
        <w:t>Zdroj: KAUZIS.SK – https://www.kauzis.sk/judikatura/r/ECLI:SK:KSBA:2015:1207235925.2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