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5Co/298/2013 z 29. 4. 2015</w:t>
      </w:r>
    </w:p>
    <w:p>
      <w:r>
        <w:t>Uznesenie Krajského súdu Bratislava z 29. apríla 2015, sp. zn. 5Co/298/2013, ECLI:SK:KSBA:2015:1208206841.3</w:t>
      </w:r>
    </w:p>
    <w:p>
      <w:r>
        <w:t>Súd: Krajský súd Bratislava</w:t>
      </w:r>
    </w:p>
    <w:p>
      <w:r>
        <w:t>Spisová značka: 5Co/298/2013</w:t>
      </w:r>
    </w:p>
    <w:p>
      <w:r>
        <w:t>ECLI: ECLI:SK:KSBA:2015:1208206841.3</w:t>
      </w:r>
    </w:p>
    <w:p>
      <w:r>
        <w:t>Dátum vydania: 29.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5Co/298/2013 Identifikačné číslo súdneho spisu: 1208206841 Dátum vydania rozhodnutia: 30. 04. 2015 Meno a priezvisko sudcu, VSÚ: JUDr. Milan Chalupka ECLI: ECLI:SK:KSBA:2015:1208206841.3 Uznesenie Krajský súd v Bratislave v právnej veci navrhovateľov: 5/ M. M., N..: XX.XX.XXXX, C. A.: T. XX, A., 6/ Q. A., N..: XX.XX,XXXX, C. A.: T. X, A., X/ V. W., N..: XX.XX.XXXX, A.: T. X, A. proti odporcovi: Spoločenstvo vlastníkov bytov a nebytových priestorov Radarová 2-16, IČO: 31 795 247, so sídlom: Radarová 6, Bratislava, o vyslovenie neplatnosti právneho úkonu a o zmenu návrhu na začatie konania, na odvolanie navrhovateľa 5/ proti uzneseniu Okresného súdu Bratislava II, č.k.: 50C/69/2008-548 zo dňa 30.05, takto r o z h o d o l : Odvolací súd odvolanie navrhovateľa 5/ zo dňa 14.08.2012 proti uzneseniu súdu prvého stupňa, č.k.: 50C/69/2008-548 zo dňa 30.05.2012 o d m i e t a . o d ô v o d n e n i e : Napadnutým uznesením, č.k.: 50C/69/2008-548 zo dňa 30.05.2012 súd prvého stupňa nepripustil zmenu žalobného návrhu rozšírením návrhu v časti petitu na základe podania navrhovateľa 5/ podaného na súd dňa 02.05.2012 o vyhlásenie neplatnosti „Uznesenia“ z 12. ZV Spoločenstva vlastníkov bytov a nebytových priestorov, T. X-XX, T. X, A., uskutočneného dňa 16.04.2012 a vyhotoveného dňa 17.04.2012 a o verejné ospravedlnenie od predsedu, ktoré by bolo uverejnené vo vývesných skrinkách domu, za osočujúce výroky, ktorými predseda vytvoril nepriaznivú mienku o navrhovateľovi 5/ u prítomných vlastníkov na 12. ZV dňa 16.04.2012. Proti uzneseniu súdu prvého stupňa podal odvolanie navrhovateľ 5/. Žiadal, aby odvolací súd napadnuté uznesenie súdu prvého stupňa zrušil a vec vrátil súdu prvého stupňa na ďalšie konanie. Podľa § 202 ods. 3 písm. f/ O. s. p. odvolanie nie je prípustné proti uzneseniu, ktorým sa pripustila alebo nepripustila zmena návrhu. Podľa § 218 ods. 1 písm. c/ O. s. p. odvolací súd odmietne odvolanie, ktoré smeruje proti rozhodnutiu, proti ktorému nie je odvolanie prípustné. Z obsahu spisu súdu prvého stupňa odvolací súd zistil, že navrhovateľ 5/ odvolaním napadol uznesenie súdu prvého stupňa, ktorým súd prvého stupňa rozhodoval o pripustení zmeny návrhu na začatie konania, pričom podľa § 202 ods. 3 písm. f/ O. s. p. odvolanie proti uzneseniu, ktorým sa pripustila alebo nepripustila zmena návrhu nie je prípustné. Vzhľadom na uvedené odvolací súd odvolanie navrhovateľa 5/ zo dňa 14.08.2012 podľa § 218 ods. 1 písm. c/ O. s. p. ako neprípustné odmietol. Poučenie: Toto uznesenie nemožno napadnúť odvolaním.</w:t>
      </w:r>
    </w:p>
    <w:p/>
    <w:p>
      <w:r>
        <w:t>Zdroj: KAUZIS.SK – https://www.kauzis.sk/judikatura/r/ECLI:SK:KSBA:2015:1208206841.3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