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8Co/166/2015 z 26. 10. 2015</w:t>
      </w:r>
    </w:p>
    <w:p>
      <w:r>
        <w:t>Rozsudok Krajského súdu Bratislava z 26. októbra 2015, sp. zn. 8Co/166/2015, ECLI:SK:KSBA:2015:1212224982.4</w:t>
      </w:r>
    </w:p>
    <w:p>
      <w:r>
        <w:t>Súd: Krajský súd Bratislava</w:t>
      </w:r>
    </w:p>
    <w:p>
      <w:r>
        <w:t>Spisová značka: 8Co/166/2015</w:t>
      </w:r>
    </w:p>
    <w:p>
      <w:r>
        <w:t>ECLI: ECLI:SK:KSBA:2015:1212224982.4</w:t>
      </w:r>
    </w:p>
    <w:p>
      <w:r>
        <w:t>Dátum vydania: 26. 10. 2015</w:t>
      </w:r>
    </w:p>
    <w:p>
      <w:r>
        <w:t>Forma: Rozsudok</w:t>
      </w:r>
    </w:p>
    <w:p>
      <w:r>
        <w:t>Oblasť práva: Občianske právo</w:t>
      </w:r>
    </w:p>
    <w:p>
      <w:pPr>
        <w:pStyle w:val="Heading2"/>
      </w:pPr>
      <w:r>
        <w:t>Text rozhodnutia</w:t>
      </w:r>
    </w:p>
    <w:p>
      <w:r>
        <w:t>Súd: Krajský súd Bratislava Spisová značka: 8Co/166/2015 Identifikačné číslo súdneho spisu: 1212224982 Dátum vydania rozhodnutia: 27. 10. 2015 Meno a priezvisko sudcu, VSÚ: JUDr. Jana Vlčková ECLI: ECLI:SK:KSBA:2015:1212224982.4 ROZSUDOK V MENE SLOVENSKEJ REPUBLIKY Krajský súd v Bratislave v senáte zloženom z predsedníčky senátu JUDr. Jany Vlčkovej a členov senátu JUDr. Ondreja Krajča a JUDr. Moniky Holickej v právnej veci navrhovateľa: POHOTOVOSŤ, s.r.o., so sídlom Pribinova ul. č. 25, Bratislava, zastúpeného advokátskou kanceláriou Fridrich Paľko, s.r.o., so sídlom Grösslingova ul. č. 4, Bratislava, proti odporcovi: Slovenská republika - Ministerstvo spravodlivosti Slovenskej republiky, so sídlom Župné námestie č. 13, Bratislava, o náhradu škody a nemajetkovej ujmy, na odvolanie navrhovateľa proti rozsudku Okresného súdu Bratislava II, zo dňa 27. novembra 2014, č.k. 10C/192/2012-92, jednohlasne takto r o z h o d o l : Odvolací súd rozsudok súdu prvého stupňa v napadnutej časti p o t v r d z u j e . Odporcovi náhradu trov odvolacieho konania n e p r i z n á v a . o d ô v o d n e n i e : Rozsudkom zo dňa 27. novembra 2014, č.k. 10C/192/2012-292 zamietol súd prvého stupňa návrh; ktorým sa navrhovateľ domáhal zaplatenia náhrady škody vo výške 175 eura a nemajetkovej ujmy vo výške 330 eur podľa zák. č. 514/2003 Z.z., o zodpovednosti za škodu spôsobenú pri výkone verejnej moci; ako i jeho návrh na prerušenie konania; a odporcovi náhradu trov konania nepriznal. Vychádzal zo zistenia, že v exekučnom konaní vedenom na Okresnom súde Bratislava II pod sp. zn. 37Er/850/2009 súdny exekútor JUDr. Rudolf Krutý na základe exekučného titulu - rozsudku Stáleho rozhodcovského súdu, č. k. SR 01384/09 vydaného Slovenskou rozhodcovskou, a.s. dňa 22.05.2009 v prospech navrhovateľa ako oprávneného proti povinnému Ľ.P. J., o vymoženie sumy 378,41 eur s príslušenstvom, dňa 05.08.2009 požiadal o udelenie poverenia na vykonanie exekúcie, o ktorej žiadosti súd rozhodol tak, že dňa 29.04.2010 súdneho exekútora poveril vykonaním exekúcie. Takto ustálený skutkový stav veci posúdil po právnej stránke podľa § 4 ods. 1 písm. a) bod 1., § 9 ods. 1, 2, § 17 ods. 1,2,3, § 19 ods. 1,2,3, § 27 ods. 1 zákona č. 514/2003 Z.z. o zodpovednosti za škodu spôsobenú pri výkone verejnej moci a o zmene niektorých zákonov a § 41 ods. 2 písm. d), § 44 ods. 2 Exekučného poriadku a dospel k záveru, že navrhovateľ nepreukázal splnenie zákonných predpokladov zodpovednosti štátu za škodu spôsobenú nesprávnym úradným postupom. Poukázal na to, že exekučný súd síce rozhodol o žiadosti súdneho exekútora o udelenie poverenia na vykonanie exekúcie až po 98 dňoch od podania žiadosti, avšak tvrdeného nesprávneho úradného postupu; spočívajúceho v nedodržaní zákonnej lehoty na rozhodnutie o žiadosti súdneho exekútora o vydanie poverenia na vykonanie exekúcie; sa nedopustil, nakoľko riadne; v súlade so zákonom; skúmal predložený exekučný titul; a po zistení jeho rozporu so zákonom v časti úroku z omeškania súdneho exekútora vykonaním exekúcie nepoveril. Dospel tiež k záveru, že navrhovateľ nepreukázal ani ďalší z predpokladov vzniku zodpovednosti za škodu; ktorým je existencia majetkovej škody, ktorej vznik oprel len o tvrdenie vzniku administratívnych nákladov, vychádzajúce iba z účtovnej agendy bez toho, aby svoje tvrdenia o vzniku škody preukázal predloženými či označenými dôkazmi. Pokiaľ ide o uplatnenú náhradu nemajetkovej ujmy v peniazoch, konštatoval, že ani v tomto smere navrhovateľ neuniesol dôkazné bremeno, keď nepreukázal žiadne konkrétne následky, ktoré by na jeho strane vznikli v dôsledku postupu exekučného súdu v oblasti jeho podnikateľskej činnosti, keď naviac v rámci jeho odškodnenia ako právnickej osoby možno nepríjemnosti spôsobené členom jeho vedenia zohľadniť iba v značne obmedzenej miere. Zároveň dôvodil, že navrhovateľ v konaní nepreukázal ani naplnenie tretieho predpokladu zodpovednosti štátu za škodu, ktorým je existencia príčinnej súvislosti medzi nesprávnym úradným postupom a uplatňovanou majetkovou a nemajetkovou škodou, keď nepreukázal, že v prípade skoršieho rozhodnutia exekučného súdu by došlo k skoršiemu vymoženiu pohľadávky a skončeniu exekučného konania. Zamietnutie návrhu na prerušenie konania odôvodnil nesplnením zákonných predpokladov na takýto postup v zmysle ust. § 109 ods. 1 písm. b) O.s.p. a § 109 ods. 2 písm. c) O.s.p., keď sťažnosť navrhovateľa proti uzneseniu Krajského súdu v Bratislave zo dňa 19.10.2012, č.k. 9NcC/63/2012-20; ktorá mala byť dôvodom prerušenia konania; Ústavný súd SR uznesením zo dňa 15.08.2013, č.k. IV. ÚS 507/2013-10 odmietol pre nedostatok právomoci. O trovách konania rozhodol podľa § 142 ods. 1 O.s.p. a úspešnému odporcovi ich náhradu nepriznal, nakoľko mu v konaní žiadne trovy nevznikli. Proti tomuto rozsudku podal; do výroku vo veci samej; v zákonom stanovenej lehote odvolanie navrhovateľ domáhajúc sa jeho zrušenia v napadnutej časti a vrátenia veci súdu prvého stupňa na ďalšie konanie dôvodiac tým, že v konaní došlo k vadám uvedeným v § 221 ods. 1 O.s.p., účastníkovi konania sa postupom súdu odňala možnosť konať pred súdom (§ 205 ods. 2 písm. a/ O.s.p. v spojení s ust. § 221 ods. 1 písm. f/ O.s.p.), v konaní rozhodoval vylúčený sudca (§ 205 ods. 2 písm. a/ v spojení s ust. § 221 ods. 1 písm. g/ O.s.p.), súd prvého stupňa vec v napadnutej časti nesprávne právne posúdil tým, že nepoužil správne ustanovenie právneho predpisu a nedostatočne zistil skutkový stav (§ 205 ods. 2 písm. a/ v spojení s ust. § 221 ods. 1 písm. h/ O.s.p.), súd prvého stupňa neúplne zistil skutkový stav veci, pretože nevykonal navrhnuté dôkazy potrebné na zistenie rozhodujúcich skutočností, na základe vykonaných dôkazov dospel k nesprávnym skutkovým zisteniam a doteraz zistený skutkový stav neobstojí, pretože sú tu ďalšie skutočnosti alebo iné dôkazy, ktoré doteraz neboli uplatnené a rozhodnutie súdu prvého stupňa vychádza z nesprávneho posúdenia veci. Namietal, že v dôsledku procesného postupu prvostupňového súdu v prejednávanej veci došlo k degradácii zásady kontradiktórnosti a porušeniu jeho práva na súdnu ochranu a súd prvého stupňa mu odňal možnosť konať pred súdom, keď ignoroval jeho žiadosť o zrušenie (odročenie) pojednávania napriek tomu, že trval na svojej osobnej účasti (resp. právneho zástupcu) na pojednávaní vedenom nestranným sudcom na nestrannom súde, v dôsledku čoho nemal možnosť vyjadriť sa k tvrdeniam odporcu, z ktorých prvostupňový súd pri svojom rozhodovaní vo veci samej vychádzal a ani k dôkazom, ktoré vykonal a na ktorých založil svoje rozhodnutie, keď vykonal dokazovanie listinami, ktorých pôvod nie je z odôvodnenia napadnutého rozsudku poznateľný a nie je zrejmé, či išlo o listiny založené v exekučnom spise. Zároveň namietal i porušenie jeho práva na zákonného sudcu, keď súd prvého stupňa vo veci konal a rozhodol napriek tomu, že už v návrhu na začatie konania ho upovedomil o skutočnostiach nasvedčujúcich tomu, že sudcu, ktorému bola vec pridelená na prejednanie a rozhodnutie, je potrebné z konania vylúčiť, pričom na uvedenom nič nemení ani to, že krajský súd v uvedených skutočnostiach dôvody na vylúčenie sudcu nevzhliadol. Poukázal na to, že súd prvého stupňa v súvislosti s majetkovou ujmou analyzoval okolnosti, ktoré s vecou vôbec nesúvisia a konštatoval, že napadnutý rozsudok, z ktorého nie je zrejmé, na základe akej úvahy dospel prvostupňový súd jednoznačne a nepochybne k presvedčeniu, že mu majetková škoda a nemajetková ujma nevznikla, je potrebné ako nepreskúmateľný zrušiť, a to aj s poukazom na jeho vnútornú rozpornosť, keď prvostupňový súd síce porušenie práva zistil, avšak ho nekonštatoval a na tejto chybe postavil svoje rozhodnutie o nepriznaní nemajetkovej ujmy. Nesúhlasil so záverom prvostupňového súdu, že v konaní nepreukázal vznik škody, keďže výšku škody, ktorú presne špecifikoval na základe účtovnej agendy, ktorú vzhľadom na ochranu osobných údajov, obchodného tajomstva a dôverných informácií, nebolo možné korešpondenčne predložiť, mienil na pojednávaní preukázať aj predložením znaleckého posudku, ktorého vypracovanie by zabezpečil, avšak prvostupňový súd dokazovanie neprípustne skrátil iba na dôkazy vykonávané ex offo, nepoučil ho podľa ust. § 120 ods. 4 O.s.p. a neoznámil mu, že vo veci mieni rozhodnúť. Zdôraznil, že všetky problémy, ktoré boli v jeho právnej sfére vyvolané nerešpektovaním zákonnej lehoty zo strany exekučného súdu a ktoré jasne a zrozumiteľne opísal v podanom návrhu, svedčia o potrebe nastoliť spravodlivosť poskytnutím finančnej satisfakcie za porušenie práva. Odporca sa k odvolaniu navrhovateľa písomne nevyjadril. Odvolací súd preskúmal rozsudok súdu prvého stupňa v napadnutej časti v medziach dôvodov podaného odvolania, ktorými je viazaný, vrátane konania, ktoré mu predchádzalo (§ 212 ods. 1 O.s.p.), bez nariadenia odvolacieho pojednávania (§ 214 ods. 2 O.s.p. v spojení s § 156 ods. 3 O.s.p.), a dospel k záveru, že odvolanie navrhovateľa nie je dôvodné. V posudzovanej veci vykonal súd prvého stupňa pre účely rozhodnutia vo veci samej všetko dokazovanie potrebné na zistenie rozhodujúcich skutočností dôležitých pre posúdenie dôvodnosti návrhu navrhovateľa, ktorým sa domáhal zaplatenia náhrady škody a nemajetkovej ujmy podľa zákona č. 514/2003 Z.z., ako aj na posúdenie opodstatnenosti tvrdení, ktoré uvádzal odporca na svoju obranu (§ 120 ods. 1,4 O.s.p.), zhodnotením výsledkov vykonaného dokazovania v súlade s § 132 O.s.p. dospel k správnym skutkovým záverom, a na ich základe následne vyvodil aj správny právny záver, že v danej veci neboli naplnené zákonné podmienky vzniku zodpovednosti štátu za škodu spôsobenú navrhovateľovi nesprávnym úradným postupom orgánu štátu, pričom na vec aplikoval § 4 ods. 1 písm. a) bod 1., § 9 ods. 1, 2, § 17 ods. 1,2,3, § 19 ods. 1,2,3, § 27 ods. 1 zákona č. 514/2003 Z.z. o zodpovednosti za škodu spôsobenú pri výkone verejnej moci a o zmene niektorých zákonov a § 41 ods. 2 písm. d), § 44 ods. 2 Exekučného poriadku, svoje dôvody, pre ktoré návrhu navrhovateľa nevyhovel a neprihliadol tak na jeho námietky proti postupu Okresného súdu Bratislava II v exekučnej veci sp. zn. 37Er/850/2009, aj dostatočne v súlade s § 157 ods. 2 O.s.p. odôvodnil, pričom sa vysporiadal so všetkými rozhodujúcimi skutočnosťami podstatnými pre právne posúdenie veci, ako aj so všetkými relevantnými argumentmi sporových strán a dôsledne posúdil opodstatnenosť všetkých právne a skutkovo relevantných námietok účastníkov súvisiacich s predmetom konania, a preto možno odôvodnenie jeho rozhodnutia považovať za presvedčivé. Obsah odvolania navrhovateľa nie je spôsobilý spochybniť správnosť záverov rozsudku súdu prvého stupňa v napadnutej časti z hľadiska ním uvádzaných tvrdení v podanom odvolaní, keď ani v odvolacom konaní neboli zistené také nové rozhodujúce skutočnosti alebo dôkazy, ktoré by mali za následok zmenu skutkového stavu alebo by spochybňovali správnosť právnych záverov, na ktorých súd prvého stupňa založil svoje rozhodnutie vo veci samej. V odvolacom konaní tiež nevyšlo najavo, že by konanie, ktoré predchádzalo vydaniu napadnutého rozhodnutia, trpelo takou vadou, ktorá by mala za následok vecnú nesprávnosť rozhodnutia (§ 212 ods. 3 O.s.p.). Súd prvého stupňa postupoval správne, keď v danej veci zisťoval základné predpoklady vzniku objektívnej zodpovednosti za škodu spôsobenú súdom v občianskom súdom konaní v zmysle zákona č. 514/2003 Z.z., podľa ktorého musia byť súčasné splnenie tri podmienky, a to: 1/ existencia škody ako majetkovej ujmy vyjadriteľnej v peniazoch, 2/ nezákonné rozhodnutie alebo nesprávny úradný postup súdu a 3/ príčinná súvislosť medzi škodou (nemajetkovou ujmou) a nezákonným rozhodnutím alebo nesprávnym úradným postupom. V preskúmavanej veci je správny záver súdu prvého stupňa, že v exekučnom konaní vedenom pod sp. zn. 37Er/850/2009 k nesprávnemu úradnému postupu nedošlo, keď uvedený záver zodpovedá vykonaným dôkazom (§ 132 O.s.p.), nakoľko súd prvého stupňa vzal do úvahy všetky rozhodujúce skutočnosti tvrdené navrhovateľom, ako aj listinné dôkazy založené v spise a svoje skutkové závery založil na ich správnom zhodnotení, v ktorom postupe nebol zistený žiaden logický rozpor. Odvolací súd sa stotožnil so záverom súdu prvého stupňa, že exekučný súd v konaní sp. zn. 37Er/850/2009 nerozhodol o žiadosti súdneho exekútora o vydanie poverenia na vykonanie exekúcie po uplynutí zákonnej lehoty 15 dní v zmysle ust. § 44 ods. 2 Exekučného poriadku, keď v danej veci exekučný súd nebol lehotou podľa § 44 ods. 2 Exekučného poriadku viazaný, nakoľko; v časti úrokov z omeškania; zistil čiastočný rozpor exekučného titulu so zákonom a preto žiadosti o vydanie poverenia na vykonanie exekúcie nevyhovel v celom rozsahu. Vecne správny je tiež záver prvostupňového súdu, že navrhovateľ v konaní nepreukázal vznik škody a nemajetkovej ujmy, keď nepredložil žiadne dôkazy preukazujúce vznik skutočnej škody a samotný paušálny výpočet údajných nákladov spojených s uplatnením práv vyplývajúcich mu z exekučného titulu v predmetnom exekučnom konaní vznik škody; tak ako to správne konštatoval i súd prvého stupňa; nepreukazuje. Na uvedenom závere nemôže nič zmeniť ani argumentácia navrhovateľa, že nemohol pred rozhodnutím súdu z dôvodu ochrany obchodného tajomstva predložiť listinné dôkazy, ktoré by preukazovali vznik nákladov (a teda aj tvrdenej škody), ktoré mienil predložiť až na pojednávaní; ktorého sa nezúčastnil, keď navrhovateľ mal od podania návrhu dostatok času a príležitostí predložiť, prípadne aspoň označiť dôkazy na preukázanie vzniku škody, pričom vznik škody a nemajetkovej ujmy nepreukazuje ani navrhovateľom predložený znalecký posudok č. X/XXXX zo dňa XX.XX.XXXX, vypracovaný iba všeobecne, bez vzťahu k prejednávanej veci. Vznik objektívnej zodpovednosti štátu za škodu či nemajetkovú ujmu okrem nezákonného rozhodnutia alebo nesprávneho úradného postupu a vzniku samotnej škody predpokladá i existenciu príčinnej súvislosti medzi týmto rozhodnutím alebo postupom a vznikom škody. Prvostupňový súd dospel k správnemu záveru i v tom, že navrhovateľ v preskúmavanej veci nepreukázal ani existenciu príčinnej súvislosti medzi údajným vznikom škody a nesprávnym úradným postupom, nakoľko z vykonaného dokazovania nevyplynulo, že by navrhovateľovi ním tvrdené náklady (vznik ktorých ani nepreukázal) nevznikli, ak by exekučný súd v konaní sp. zn. 37Er/850/2009 o žiadosti súdneho exekútora rozhodol skôr. Pokiaľ ide o námietku navrhovateľa, že súd prvého stupňa mu odňal možnosť konať pred súdom tým, že vec prejednal a vo veci rozhodol na pojednávaní dňa 27.11.2014 v jeho neprítomnosti, odvolací súd ju považuje za nedôvodnú a účelovú, keďže navrhovateľ, resp. jeho právny zástupca, napriek tomu, že predvolanie na toto pojednávanie osobne prevzal dňa 23.06.2014 (č.l. 67 spisu), o odročenie pojednávania z dôležitých dôvodov nepožiadal a pojednávania sa nezúčastnil, a teda boli splnené všetky zákonné predpoklady (§ 101 ods. 2 O.s.p.) na prejednanie a rozhodnutie veci na pojednávaní dňa 27.11.2014 v jeho neprítomnosti. Nedôvodná je tiež odvolacia námietka navrhovateľa, že vo veci rozhodoval vylúčený sudca, keď o jeho námietke zaujatosti v preskúmavanej veci rozhodol Krajský súd v Bratislave, ktorý uznesením zo dňa 19.10.2012, č.k. 9NcC/63/2012-20, zákonnú sudkyňu JUDr. Oľgu Nižňanskú z prejednávania a rozhodovania danej veci nevylúčil. Súdu prvého stupňa teda nemožno vytknúť žiadne procesné pochybenie ani pochybenie pri skutkovom a právnom posúdení nároku navrhovateľa na náhradu škody, ktorá mu mala vzniknúť nesprávnym úradným postupom exekučného súdu v konaní vedenom na Okresnom súde Bratislava II pod sp. zn. 37Er/850/2009, pričom ani v odvolaní navrhovateľ neuviedol žiadne nové skutočnosti, ktoré by odôvodňovali odlišné právne posúdenie tejto otázky odvolacím súdom. Súd prvého stupňa sa v rámci predmetného konania vyporiadal so všetkými relevantnými skutočnosťami uvádzanými v podanom návrhu a svoje rozhodnutie vydal v súlade s platnou právnou úpravou, pričom svoje rozhodnutie v napadnutej časti riadne a presvedčivo odôvodnil, a preto ani v tomto smere nemožno námietky navrhovateľa považovať za opodstatnené. Vzhľadom na uvedené odvolací súd rozsudok súdu prvého stupňa v napadnutej časti ako vecne správny potvrdil (§ 219 ods. 1 O.s.p.). O náhrade trov odvolacieho konania rozhodol odvolací súd podľa § 224 ods.1 O.s.p. v spojení s § 142 ods.1 O.s.p., a úspešnému odporcovi nepriznal náhradu trov odvolacieho konania, nakoľko nepodal v odvolacom konaní návrh na rozhodnutie o povinnosti nahradiť mu trovy odvolacieho konania podľa § 151 ods. 1 vety prvej O.s.p. Poučenie: Proti tomuto rozsudku odvolanie nie je prípustné.</w:t>
      </w:r>
    </w:p>
    <w:p/>
    <w:p>
      <w:r>
        <w:t>Zdroj: KAUZIS.SK – https://www.kauzis.sk/judikatura/r/ECLI:SK:KSBA:2015:1212224982.4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