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14Co/400/2014 z 12. 4. 2015</w:t>
      </w:r>
    </w:p>
    <w:p>
      <w:r>
        <w:t>Opravné uznesenie Krajského súdu Bratislava z 12. apríla 2015, sp. zn. 14Co/400/2014, ECLI:SK:KSBA:2015:1212225030.2</w:t>
      </w:r>
    </w:p>
    <w:p>
      <w:r>
        <w:t>Súd: Krajský súd Bratislava</w:t>
      </w:r>
    </w:p>
    <w:p>
      <w:r>
        <w:t>Spisová značka: 14Co/400/2014</w:t>
      </w:r>
    </w:p>
    <w:p>
      <w:r>
        <w:t>ECLI: ECLI:SK:KSBA:2015:1212225030.2</w:t>
      </w:r>
    </w:p>
    <w:p>
      <w:r>
        <w:t>Dátum vydania: 12. 4.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14Co/400/2014 Identifikačné číslo súdneho spisu: 1212225030 Dátum vydania rozhodnutia: 13. 04. 2015 Meno a priezvisko sudcu, VSÚ: JUDr. Edita Szabová ECLI: ECLI:SK:KSBA:2015:1212225030.2 Opravné uznesenie Krajský súd v Bratislave v právnej veci navrhovateľa: POHOTOVOSŤ, s.r.o. so sídlom Pribinova 25, Bratislava, IČO: 35 807 598, zastúpený: Fridrich Paľko, s.r.o., so sídlom Grösslingova 4, Bratislava, IČO: 36 864 421, proti odporkyni: Slovenská republika - Ministerstvo spravodlivosti Slovenskej republiky, so sídlom Župné námestie 13, Bratislava, o náhradu majetkovej škody a nemajetkovej ujmy s príslušenstvom, o odvolaní navrhovateľa proti uzneseniu a rozsudku Okresného súdu Bratislava II v Bratislave zo dňa 28.5.2014, č. k. 7C/195/2012-137 a zo dňa 16.4.2014, č.k. 7C/195/2012-89, o návrhu na opravu dátumu vyhlásenia rozsudku odvolacieho súdu, pomerom hlasov 3:0, takto r o z h o d o l : Krajský súd o p r a v u j e dátum vyhlásenia rozsudku Krajského súdu v Bratislave č.k. 14Co/399/2014 a 14Co/400/2014-162 tak, že správne má znieť: „V Bratislave, dňa 10. februára 2015“ Zvyšná časť rozsudku zostáva týmto uznesením nedotknutá. o d ô v o d n e n i e : Pri vyhotovení rozsudku č.k. 14Co/399/2014 a 14Co/400/2014-162 zo dňa 10.februára 2015 v predmetnej veci krajský súd nesprávne uviedol dátum vyhlásenia rozsudku, keď uviedol rok 2014. Keďže ide o zjavnú nesprávnosť v písaní, súd ju v súlade s ustanovením § 164 O.s.p. opravil opravným uznesením. Poučenie: Proti tomuto uzneseniu odvolanie nie je prípustné.</w:t>
      </w:r>
    </w:p>
    <w:p/>
    <w:p>
      <w:r>
        <w:t>Zdroj: KAUZIS.SK – https://www.kauzis.sk/judikatura/r/ECLI:SK:KSBA:2015:1212225030.2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