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8Co/905/2014 z 8. 6. 2015</w:t>
      </w:r>
    </w:p>
    <w:p>
      <w:r>
        <w:t>Rozsudok Krajského súdu Bratislava z 8. júna 2015, sp. zn. 8Co/905/2014, ECLI:SK:KSBA:2015:1212225072.3</w:t>
      </w:r>
    </w:p>
    <w:p>
      <w:r>
        <w:t>Súd: Krajský súd Bratislava</w:t>
      </w:r>
    </w:p>
    <w:p>
      <w:r>
        <w:t>Spisová značka: 8Co/905/2014</w:t>
      </w:r>
    </w:p>
    <w:p>
      <w:r>
        <w:t>ECLI: ECLI:SK:KSBA:2015:1212225072.3</w:t>
      </w:r>
    </w:p>
    <w:p>
      <w:r>
        <w:t>Dátum vydania: 8. 6. 2015</w:t>
      </w:r>
    </w:p>
    <w:p>
      <w:r>
        <w:t>Forma: Rozsudok</w:t>
      </w:r>
    </w:p>
    <w:p>
      <w:r>
        <w:t>Oblasť práva: Občianske právo</w:t>
      </w:r>
    </w:p>
    <w:p>
      <w:pPr>
        <w:pStyle w:val="Heading2"/>
      </w:pPr>
      <w:r>
        <w:t>Text rozhodnutia</w:t>
      </w:r>
    </w:p>
    <w:p>
      <w:r>
        <w:t>Súd: Krajský súd Bratislava Spisová značka: 8Co/905/2014 Identifikačné číslo súdneho spisu: 1212225072 Dátum vydania rozhodnutia: 09. 06. 2015 Meno a priezvisko sudcu, VSÚ: JUDr. Janka Gažovičová ECLI: ECLI:SK:KSBA:2015:1212225072.3 ROZSUDOK V MENE SLOVENSKEJ REPUBLIKY Krajský súd v Bratislave v senáte zloženom z predsedníčky senátu JUDr. Janky Gažovičovej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11. septembra 2014, č.k. 9C 34/2012-92, jednohlasne takto r o z h o d o l : Odvolací súd rozsudok súdu prvého stupňa v napadnutej časti p o t v r d z u j e . Odporcovi náhradu trov odvolacieho konania n e p r i z n á v a . o d ô v o d n e n i e : Rozsudkom zo dňa 11. septembra 2014, č.k. 9C 34/2012-92 zamietol súd prvého stupňa návrh; ktorým sa navrhovateľ domáhal zaplatenia náhrady škody vo výške 125 eur a nemajetkovej ujmy vo výške 275 eur podľa zák. č. 514/2003 Z.z., o zodpovednosti za škodu spôsobenú pri výkone verejnej moci; ako i návrh navrhovateľa na prerušenie konania; a odporcovi náhradu trov konania nepriznal. Vychádzal zo zistenia, že v exekučnom konaní vedenom na Okresnom súde Bratislava II pod sp. zn. 56Er/524/2009 súdny exekútor JUDr. Rudolf Krutý; na základe exekučného titulu - rozsudku Stáleho rozhodcovského súdu, č. k. SR 11944/08 vydaného Slovenskou rozhodcovskou, a.s. dňa 16.01.2009 v prospech navrhovateľa ako oprávneného proti povinnej X.Q. X.; dňa 02.06.2009 požiadal o udelenie poverenia na vykonanie exekúcie, o ktorej žiadosti súd rozhodol tak, že dňa 17.06.2009 súdneho exekútora poveril vykonaním exekúcie. Takto ustálený skutkový stav veci posúdil po právnej stránke podľa § 4 ods. 1 písm. a) bod 1., § 9 ods. 1,2, § 17 ods. 1,2,3, § 19 ods. 1,2,3, § 27 ods. 1 zákona č. 514/2003 Z.z. o zodpovednosti za škodu spôsobenú pri výkone verejnej moci a o zmene niektorých zákonov a § 44 ods. 2, § 41 ods. 2 písm. d) Exekučného poriadku a dospel k záveru, že navrhovateľ nepreukázal splnenie zákonných predpokladov zodpovednosti štátu za škodu spôsobenú nesprávnym úradným postupom, keď nepreukázal vznik škody ani príčinnú súvislosť medzi vznikom škody a tvrdeným nesprávnym úradným postupom Okresného súdu Bratislava II. Poukázal na to, že z obsahu exekučného spisu nevyplýva žiadny úkon, ktorým by mohli navrhovateľovi vzniknúť náklady predstavujúce uplatnenú škodu, pričom predložený znalecký posudok Ekonomickej univerzity v Bratislave č. 1/2014, ktorý škodu vyčísľuje paušálne a bez vzťahu k prejednávanej veci, vznik škody taktiež nepreukazuje, a preto dospel k záveru, že navrhovateľ vo vzťahu k otázke vzniku škody v konaní neuniesol dôkazné bremeno. K uplatnenému nároku na náhradu nemajetkovej ujmy uviedol, že nedodržanie zákonnom stanovenej lehoty samo o sebe nárok na náhradu nemajetkovej ujmy nezakladá a je povinnosťou navrhovateľa preukázať skutočnosti zakladajúce nárok na jej priznanie, pričom ani v tomto smere navrhovateľ dôkazné bremeno neuniesol, keď nepredložil žiadne dôkazy preukazujúce dopad tvrdeného nesprávneho úradného postupu v rôznych oblastiach jeho pôsobenia. Poukázal na to, že navrhovateľ v konaní nepreukázal ani naplnenie tretieho z predpokladov vzniku zodpovednosti - príčinnú súvislosť medzi namietaným nesprávnym postupom exekučného súdu a vznikom majetkovej škody a nemajetkovej ujmy, keď nepreukázal, že tvrdené náklady a nemajetková ujma by mu nevznikla aj tak, keď exekučné konanie doposiaľ nie je skončené. Ako nedôvodnú posúdil odporcom vznesenú námietku premlčania, keď v danom prípade mohla premlčacia doba v prípade vzniknutej škody, resp. nemajetkovej ujmy navrhovateľa začať plynúť najskôr okamihom márneho uplynutia lehoty na rozhodnutie o žiadosti o vydanie poverenia na vykonanie exekúcie, t.j. dňom 17.06.2009 a návrh na začatie konania bol súdu doručený dňa 27.09.2012. Zamietnutie návrhu na prerušenie konania odôvodnil nesplnením zákonných predpokladov na takýto postup v zmysle ust. § 109 ods. 1 písm. b) O.s.p. a § 109 ods. 2 písm. c) O.s.p., keď o námietke zaujatosti vznesenej navrhovateľom bolo rozhodnuté uznesením Krajského súdu v Bratislave zo dňa 19.10.2012, č.k. 14NcC 66/2012-20 a prebiehajúce konanie o jeho ústavnej sťažnosti nie je dôvodom na prerušenie konania. O trovách konania rozhodol podľa § 142 ods. 1 O.s.p. a úspešnému odporcovi ich náhradu nepriznal, nakoľko mu žiadne nevznikli. Proti tomuto rozsudku podal; do výroku vo veci samej; v zákonom stanovenej lehote odvolanie navrhovateľ domáhajúc sa jeho zrušenia v napadnutej časti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vo vzťahu k napadnutej časti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rozsudok súdu prvého stupňa v napadnutej časti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vo vzťahu k napadnutej časti;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4 ods. 1 písm. a), § 9 ods. 1,2, § 17 ods. 1,2,3, § 19 ods. 1,2,3, § 27 ods. 1 zákona č. 514/2003 Z.z. o zodpovednosti za škodu spôsobenú pri výkone verejnej moci a o zmene niektorých zákonov a § 44 ods. 8,9 Exekučného poriadku, svoje dôvody, pre ktoré návrhu navrhovateľa nevyhovel a neprihliadol tak na jeho námietky proti postupu Okresného súdu Bratislava II v exekučnej veci sp. zn. 56Er/524/2009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rozsudku súdu prvého stupňa v napadnutej časti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občianskom súdom konaní v zmysle zákona č. 514/2003 Z.z., podľa ktorého musia byť súčasne splnené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navrhovateľ v konaní nepreukázal vznik škody, keď nepredložil žiadne dôkazy preukazujúce vznik skutočnej škody a samotný paušálny výpočet údajných nákladov spojených s uplatnením práv vyplývajúcich mu z exekučného titulu v predmetnom exekučnom konaní; obsiahnutý i v predloženom znaleckom posudku Ekonomickej univerzity v Bratislave č. 1/2014;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 zn. 56Er/524/2009 o žiadosti súdneho exekútora o vydanie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30.09.2014 v jeho neprítomnosti, odvolací súd považuje túto za nedôvodnú a účelovú, keďže navrhovateľ, resp. jeho právny zástupca, boli na toto pojednávanie riadne predvolaní už mesiaci júl 2014,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30.09.2014 v jeho neprítomnosti. Nedôvodná je tiež odvolacia námietka navrhovateľa, že vo veci rozhodoval vylúčený sudca, keď o jeho námietke zaujatosti v preskúmavanej veci už bolo rozhodnuté nadriadeným súdom.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 pod sp. zn. 56Er/524/2009,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rozsudok súdu prvého stupňa v napadnutej časti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https://www.kauzis.sk/judikatura/r/ECLI:SK:KSBA:2015:1212225072.3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