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8Co/168/2015 z 26. 10. 2015</w:t>
      </w:r>
    </w:p>
    <w:p>
      <w:r>
        <w:t>Rozsudok Krajského súdu Bratislava z 26. októbra 2015, sp. zn. 8Co/168/2015, ECLI:SK:KSBA:2015:1212225074.2</w:t>
      </w:r>
    </w:p>
    <w:p>
      <w:r>
        <w:t>Súd: Krajský súd Bratislava</w:t>
      </w:r>
    </w:p>
    <w:p>
      <w:r>
        <w:t>Spisová značka: 8Co/168/2015</w:t>
      </w:r>
    </w:p>
    <w:p>
      <w:r>
        <w:t>ECLI: ECLI:SK:KSBA:2015:1212225074.2</w:t>
      </w:r>
    </w:p>
    <w:p>
      <w:r>
        <w:t>Dátum vydania: 26. 10. 2015</w:t>
      </w:r>
    </w:p>
    <w:p>
      <w:r>
        <w:t>Forma: Rozsudok</w:t>
      </w:r>
    </w:p>
    <w:p>
      <w:r>
        <w:t>Oblasť práva: Občianske právo</w:t>
      </w:r>
    </w:p>
    <w:p>
      <w:pPr>
        <w:pStyle w:val="Heading2"/>
      </w:pPr>
      <w:r>
        <w:t>Text rozhodnutia</w:t>
      </w:r>
    </w:p>
    <w:p>
      <w:r>
        <w:t>Súd: Krajský súd Bratislava Spisová značka: 8Co/168/2015 Identifikačné číslo súdneho spisu: 1212225074 Dátum vydania rozhodnutia: 27. 10. 2015 Meno a priezvisko sudcu, VSÚ: JUDr. Jana Vlčková ECLI: ECLI:SK:KSBA:2015:1212225074.2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25. novembra 2014, č.k. 10C/198/2012-94, jednohlasne takto r o z h o d o l : Odvolací súd rozsudok súdu prvého stupňa v napadnutej časti p o t v r d z u j e . Odporcovi náhradu trov odvolacieho konania n e p r i z n á v a . o d ô v o d n e n i e : Rozsudkom zo dňa 25. novembra 2014, č.k. 10C/198/2012-94 zamietol súd prvého stupňa návrh; ktorým sa navrhovateľ domáhal zaplatenia náhrady škody vo výške 175 eur a nemajetkovej ujmy vo výške 330 eur podľa zák. č. 514/2003 Z.z., o zodpovednosti za škodu spôsobenú pri výkone verejnej moci; ako i jeho návrh na prerušenie konania; a odporcovi náhradu trov konania nepriznal. Vychádzal zo zistenia, že v exekučnom konaní vedenom na Okresnom súde Bratislava II pod sp. zn. 55Er/956/2009 súdny exekútor JUDr. Rudolf Krutý v prospech navrhovateľa ako oprávneného proti povinnému A. L., dňa 26.08.2009 požiadal o udelenie poverenia na vykonanie exekúcie, o ktorej žiadosti súd rozhodol tak, že dňa 09.09.2009 súdneho exekútora poveril vykonaním exekúcie. Takto ustálený skutkový stav veci posúdil po právnej stránke podľa § 4 ods. 1 písm. a) bod 1., § 9 ods. 1, 2, § 17 ods. 1,2,3, § 19 ods. 1,2,3, § 27 ods. 1 zákona č. 514/2003 Z.z. o zodpovednosti za škodu spôsobenú pri výkone verejnej moci a o zmene niektorých zákonov a § 41 ods. 2 písm. d), § 44 ods. 2 Exekučného poriadku a dospel k záveru, že navrhovateľ nepreukázal splnenie zákonných predpokladov zodpovednosti štátu za škodu spôsobenú nesprávnym úradným postupom, nakoľko exekučný o žiadosti súdneho exekútora o udelenie poverenia na vykonanie exekúcie rozhodol po 14 dňoch od podania žiadosti, a teda tvrdeného nesprávneho úradného postupu; spočívajúceho v nedodržaní zákonnej lehoty na rozhodnutie o žiadosti súdneho exekútora o vydanie poverenia na vykonanie exekúcie; sa nedopustil. Vzhľadom na uvedené; keď nebol preukázaný tvrdený nesprávny úradný postup, ktorý je nevyhnutným predpokladom vzniku zodpovednosti štátu za škodu podľa zák. č. 514/2003 Z.z.; už neskúmal a podrobne sa nezaoberal splnením ďalších predpokladov zodpovednosti za škodu - vznikom škody a príčinnou súvislosťou medzi nesprávnym úradným postupom a vznikom škody, ktorých posúdenie považoval za nadbytočné. Zamietnutie návrhu na prerušenie konania odôvodnil nesplnením zákonných predpokladov na takýto postup v zmysle ust. § 109 ods. 1 písm. b) O.s.p. a § 109 ods. 2 písm. c) O.s.p., keď sťažnosť navrhovateľa proti uzneseniu Krajského súdu v Bratislave zo dňa 19.10.2012, č.k. 14NcC/63/2012-19; ktorá mala byť dôvodom prerušenia konania; Ústavný súd SR uznesením zo dňa 12.09.2013, č.k. II. ÚS 443/2013-11 odmietol pre nedostatok právomoci. O trovách konania rozhodol podľa § 142 ods. 1 O.s.p. a úspešnému odporcovi ich náhradu nepriznal, nakoľko mu v konaní žiadne trovy nevznikli. Proti tomuto rozsudku podal; do výroku vo veci samej; v zákonom stanovenej lehote odvolanie navrhovateľ domáhajúc sa jeho zrušenia v napadnutej časti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v napadnutej časti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prvostupňový súd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rozsudok súdu prvého stupňa v napadnutej časti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 4 ods. 1 písm. a) bod 1., § 9 ods. 1, 2, § 17 ods. 1,2,3, § 19 ods. 1,2,3, § 27 ods. 1 zákona č. 514/2003 Z.z. o zodpovednosti za škodu spôsobenú pri výkone verejnej moci a o zmene niektorých zákonov a § 41 ods. 2 písm. d), § 44 ods. 2 Exekučného poriadku, svoje dôvody, pre ktoré návrhu navrhovateľa nevyhovel a neprihliadol tak na jeho námietky proti postupu Okresného súdu Bratislava II v exekučnej veci sp. zn. 55Er/956/2009,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rozsudku súdu prvého stupňa v napadnutej časti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súdom v občianskom súdom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v exekučnom konaní vedenom pod sp. zn. 55Er/956/2009 k nesprávnemu úradnému postupu nedošlo, keď uvedený záver zodpovedá vykonaným dôkazom (§ 132 O.s.p.), nakoľko súd prvého stupňa vzal do úvahy všetky rozhodujúce skutočnosti tvrdené navrhovateľom, ako aj listinné dôkazy založené v spise a svoje skutkové závery založil na ich správnom zhodnotení, v ktorom postupe nebol zistený žiaden logický rozpor. Odvolací súd sa stotožnil so záverom súdu prvého stupňa, že exekučný súd v konaní sp. zn. 55Er/956/2009 nerozhodol o žiadosti súdneho exekútora o vydanie poverenia na vykonanie exekúcie po uplynutí zákonnej lehoty 15 dní v zmysle ust. § 44 ods. 2 Exekučného poriadku, nakoľko súdneho exekútora vykonaním exekúcie poveril 14. deň po doručení jeho žiadosti. Za daného stavu je správny tiež postup prvostupňového súdu, ktorý sa; vzhľadom na absenciu nesprávneho úradného postupu, ako nevyhnutného predpokladu vzniku zodpovednosti štátu za škodu; už nezaoberal posúdením splnenia ostatných predpokladov vzniku tejto zodpovednosti (vznik škody a príčinná súvislosť), ktoré nemohli mať na rozhodnutie vo veci samej žiadny vplyv, keď bez ohľadu na ich posúdenie podanému návrhu nebolo možné vyhovieť. Pokiaľ ide o námietku navrhovateľa, že súd prvého stupňa mu odňal možnosť konať pred súdom tým, že vec prejednal a vo veci rozhodol na pojednávaní dňa 25.11.2014 v jeho neprítomnosti, odvolací súd ju považuje za nedôvodnú a účelovú, keďže navrhovateľ, resp. jeho právny zástupca, napriek tomu, že predvolanie na toto pojednávanie osobne prevzal dňa 23.06.2014 (č.l. 65 spisu), o odročenie pojednávania z dôležitých dôvodov nepožiadal a pojednávania sa nezúčastnil, a teda boli splnené všetky zákonné predpoklady (§ 101 ods. 2 O.s.p.) na prejednanie a rozhodnutie veci na pojednávaní dňa 25.11.2014 v jeho neprítomnosti. Nedôvodná je tiež odvolacia námietka navrhovateľa, že vo veci rozhodoval vylúčený sudca, keď o jeho námietke zaujatosti v preskúmavanej veci rozhodol Krajský súd v Bratislave, ktorý uznesením zo dňa 19.10.2012, č.k. 14NcC/63/2012-19, zákonnú sudkyňu JUDr. Oľgu Nižňanskú z prejednávania a rozhodovania danej veci nevylúčil. Súdu prvého stupňa teda nemožno vytknúť žiadne procesné pochybenie ani pochybenie pri skutkovom a právnom posúdení nároku navrhovateľa na náhradu škody, ktorá mu mala vzniknúť nesprávnym úradným postupom exekučného súdu v konaní vedenom na Okresnom súde Bratislava II pod sp. zn. 55Er/956/2009,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v napadnutej časti riadne a presvedčivo odôvodnil, a preto ani v tomto smere nemožno námietky navrhovateľa považovať za opodstatnené. Vzhľadom na uvedené odvolací súd rozsudok súdu prvého stupňa v napadnutej časti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https://www.kauzis.sk/judikatura/r/ECLI:SK:KSBA:2015:1212225074.2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