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8Co/633/2014 z 26. 10. 2015</w:t>
      </w:r>
    </w:p>
    <w:p>
      <w:r>
        <w:t>Rozsudok Krajského súdu Bratislava z 26. októbra 2015, sp. zn. 8Co/633/2014, ECLI:SK:KSBA:2015:1212225167.4</w:t>
      </w:r>
    </w:p>
    <w:p>
      <w:r>
        <w:t>Súd: Krajský súd Bratislava</w:t>
      </w:r>
    </w:p>
    <w:p>
      <w:r>
        <w:t>Spisová značka: 8Co/633/2014</w:t>
      </w:r>
    </w:p>
    <w:p>
      <w:r>
        <w:t>ECLI: ECLI:SK:KSBA:2015:1212225167.4</w:t>
      </w:r>
    </w:p>
    <w:p>
      <w:r>
        <w:t>Dátum vydania: 26. 10. 2015</w:t>
      </w:r>
    </w:p>
    <w:p>
      <w:r>
        <w:t>Forma: Rozsudok</w:t>
      </w:r>
    </w:p>
    <w:p>
      <w:r>
        <w:t>Oblasť práva: Občianske právo</w:t>
      </w:r>
    </w:p>
    <w:p>
      <w:pPr>
        <w:pStyle w:val="Heading2"/>
      </w:pPr>
      <w:r>
        <w:t>Text rozhodnutia</w:t>
      </w:r>
    </w:p>
    <w:p>
      <w:r>
        <w:t>Súd: Krajský súd Bratislava Spisová značka: 8Co/633/2014 Identifikačné číslo súdneho spisu: 1212225167 Dátum vydania rozhodnutia: 27. 10. 2015 Meno a priezvisko sudcu, VSÚ: JUDr. Jana Vlčková ECLI: ECLI:SK:KSBA:2015:1212225167.4 ROZSUDOK V MENE SLOVENSKEJ REPUBLIKY Krajský súd v Bratislave v senáte zloženom z predsedníčky senátu JUDr. Jany Vlčkovej a členov senátu JUDr. Moniky Holickej a JUDr. Ondreja Krajča v právnej veci navrhovateľa: POHOTOVOSŤ, s.r.o., so sídlom Pribinova ul. č. 25, Bratislava, IČO: 35 807 598,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 zo dňa 2. júla 2014, č.k. 52C/204/2012-115, jednohlasne takto r o z h o d o l : Odvolací súd napadnutý rozsudok súdu prvého stupňa p o t v r d z u j e . Odporcovi náhradu trov odvolacieho konania n e p r i z n á v a . o d ô v o d n e n i e : Napadnutým rozsudkom zamietol súd prvého stupňa návrh navrhovateľa na prerušenie konania zo dňa 26.06.2014 a zamietol návrh; ktorým sa navrhovateľ domáhal vydania medzitýmneho rozsudku, ktorým by súd rozhodol, že odporca je zodpovedný za škodu, ktorá vznikla navrhovateľovi nesprávnym úradným postupom a zároveň rozsudku, ktorým by zaviazal odporcu zaplatiť navrhovateľovi náhradu škody v sume 125,- € a nemajetkovú ujmu 715,- €; a odporcovi náhradu trov konania nepriznal. Vychádzal zo zistenia, že v exekučnom konaní vedenom na Okresnom súde Bratislava II pod sp.zn. 55Er/1248/2009 súdny exekútor JUDr. Rudolf Krutý; na základe exekučného titulu - rozsudku Stáleho rozhodcovského súdu spoločnosti Slovenská rozhodcovská, a.s. Bratislava, zo dňa 23.03.2010 sp.zn. SR 01049/10, vydaného v prospech navrhovateľa ako oprávneného proti povinnému Ľ. Š.; žiadosťou doručenou súdu dňa 15.07.2010 požiadal o udelenie poverenia na vykonanie exekúcie, o žiadosti ktorej súd rozhodol uznesením zo dňa 04.07.2011 tak, že zamietol žiadosť o udelenie poverenia v časti o vymoženie zmenkového úroku vo výške 0,25 % denne z dlžnej sumy 3.149,33 € od 12.11.2009 do zaplatenia a poverením zo dňa 04.07.2011 poveril súdneho exekútora JUDr. Rudolfa Krutého vykonaním exekúcie na vymoženie uloženej povinnosti zaplatiť istinu 3.149,33 €, spolu so zákonným úrokom vo výške 6 % ročne z dlžnej sumy 3.149,33 € od 04.01.2010 do zaplatenia, trovy konania 572,53 €, trovy exekúcie a trovy právneho zastúpenia v exekučnom konaní. Takto ustálený skutkový stav veci posúdil po právnej stránke podľa § 4 ods. 1 písm. a/ bod 1, § 9 ods. 1, 2, § 17 ods. 1, 2, 3, § 19 ods. 1, 2, 3, § 27 ods. 1 zákona č. 514/2003 Z.z., § 44 ods. 2 a § 41 ods. 2 písm. d/ Exekučného poriadku účinného v čase podania žiadosti o udelenie poverenia na vykonanie exekúcie a dospel k záveru, že bol splnený prvý predpoklad zodpovednosti štátu za škodu, ktorým je existencia nesprávneho úradného postupu Okresného súdu Bratislava II, ktorý do 15 dní od podania žiadosti o udelenie poverenia na vykonanie exekúcie nepoveril súdneho exekútora vykonaním exekúcie, ale to iba za predpokladu, že ust. § 44 ods. 2 Exekučného poriadku je potrebné vykladať tak, že aj v prípade, ak súd zistí čiastočný rozpor exekučného titulu so zákonom, má stále povinnosť vydať poverenie v časti, ktorá neodporuje zákonu v 15-dňovej lehote. Navrhovateľ však nepreukázal ďalší z predpokladov vzniku zodpovednosti za škodu, ktorým je existencia majetkovej škody a nemajetkovej ujmy, keď škodu vyčíslil len paušálne za pracovné výkony zamestnancov, udržiavanie a správu informačného systému, za administratívne spracovanie textov urgencií adresovaných exekučnému súdu, na publikačné výdaje spojené s vyhotovením urgencií adresovaných exekučnému súdu, na poštovné a telekomunikačné výdaje spojené s urgovaním a kontrolou stavu konania na exekučnom súde, avšak svoje tvrdenia o vzniku škody napriek tomu, že ho v konaní zaťažovalo dôkazné bremeno, predloženými, či označenými dôkazmi, nepreukázal. K uplatnenému nároku na náhradu nemajetkovej ujmy uviedol, že nedodržanie zákonom stanovenej lehoty samo osebe nárok na náhradu nemajetkovej ujmy nezakladá a je povinnosťou navrhovateľa preukázať skutočnosti zakladajúce nárok na jej priznanie, pričom ani v tomto smere navrhovateľ dôkazné bremeno neuniesol, keď nepredložil žiadne dôkazy preukazujúce dopad tvrdeného nesprávneho úradného postupu v rôznych oblastiach jeho pôsobenia. Ďalej dospel k záveru, že navrhovateľ nepreukázal ani splnenie tretieho predpokladu zodpovednosti štátu za škodu, ktorým je existencia priamej príčinnej súvislosti medzi nesprávnym úradným postupom a vznikom majetkovej škody a nemajetkovej ujmy, keď nepreukázal, že v prípade dodržania zákonnej lehoty na vydanie poverenia na vykonanie exekúcie by došlo priamo úmerne k skoršiemu vymoženiu pohľadávky a skoršiemu skončeniu exekučného konania. Zamietnutie návrhu navrhovateľa na prerušenie konania odôvodnil tým, že nie je daný dôvod na prerušenie konania podľa § 109 ods. 1 písm. b/ a c/ O.s.p., pretože o námietke zaujatosti zákonného sudcu, vznesenej navrhovateľom, bolo rozhodnuté Krajským súdom v Bratislave uznesením zo dňa 19.10.2012, č.k. 8NcC/79/2012-17, právoplatným dňa 09.01.2013, ktorým zákonná sudkyňa JUDr. Alena Roštárová nebola vylúčená z prejednávania a rozhodovania v tejto veci a sťažnosť navrhovateľa proti uvedenému uzneseniu Krajského súdu v Bratislave bola uznesením Ústavného súdu SR zo dňa 30.10.2013, č.k. III.ÚS 556/2013-10, odmietnutá pre nedostatok právomoci Ústavného súdu SR na jej prerokovanie a rozhodnutie a neprebieha žiadne konanie, v ktorom by sa riešila otázka, ktorá môže mať význam pre rozhodnutie súdu v tomto konaní. O náhrade trov konania rozhodol podľa § 142 ods. 1 O.s.p. a odporcovi, ktorý bol v konaní úspešný, náhradu trov konania nepriznal, pretože mu trovy nevznikli.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v prejednávanej veci došlo k degradácii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vychádzal a ani k dôkazom, ktoré vykonal a na ktorých založil svoje rozhodnutie, keď vykonal dokazovanie listinami, ktorých pôvod nie je z odôvodnenia napadnutého rozsudku poznateľný a nie je zrejmé, či išlo o listiny založené v exekučnom spise.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analyzoval okolnosti, ktoré s vecou vôbec nesúvisia a konštatoval, že napadnutý rozsudok, z ktorého nie je zrejmé, na základe akej úvahy dospel jednoznačne a nepochybne k presvedčeniu, že mu majetková škoda a nemajetková ujma nevznikla, je potrebné ako nepreskúmateľný zrušiť, a to aj s poukazom na jeho vnútornú rozpornosť, keď prvostupňový súd síce porušenie práva zistil, avšak ho nekonštatoval a na tejto chybe „postavil“ svoje rozhodnutie o nepriznaní nemajetkovej ujmy.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Uviedol, že podáva odvolanie aj proti rozhodnutiu o zamietnutí návrhu na prerušenie konania a namietal, že meritórne rozhodnutie súd prvého stupňa vydal predčasne, keď v čase vydania meritórneho rozhodnutia nebolo právoplatne rozhodnuté o zamietnutí návrhu na prerušenie konania. Odporca sa v odvolacom konaní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 4 O.s.p.) zhodnotením výsledkov vykonaného dokazovania v súlade s § 132 O.s.p. a dospel k správnym skutkovým záverom, a na ich základe následne vyvodil aj správny právny záver, že v danej veci neboli naplnené zákonné podmienky vzniku zodpovednosti štátu za škodu spôsobenú navrhovateľovi nesprávnym úradným postupom orgánom štátu, pričom na vec aplikoval zodpovedajúce ustanovenia § 9 ods. 1,2, § 17 ods. 1, 2, 3 zákona č. 514/2003 Z.z. o zodpovednosti za škodu spôsobenú pri výkone verejnej moci a o zmene niektorých zákonov a § 44 ods. 2 a § 41 ods. 2 písm. d/ Exekučného poriadku v znení účinnom v čase podania žiadosti o udelenie poverenia na vykonanie exekúcie, svoje dôvody, pre ktoré návrhu na navrhovateľa nevyhovel a neprihliadol tak na jeho námietky proti postupu Okresného súdu Bratislava II v Exekučnom konaní sp.zn. 55 Er/1248/2010, aj dostatočne v súlade s § 157 ods. 2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napadnutého rozsudku súdu prvého stupňa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jeho rozhodnutia (§ 212 ods. 3 O.s.p.). Odvolací súd sa stotožnil aj s názorom súdu prvého stupňa, že v danom prípade neboli splnené zákonom stanovené podmienky pre prerušenie konania podľa § 109 ods. 2 písm. c/ a b/ O.s.p. do právoplatného rozhodnutia Ústavného súdu SR o sťažnosti navrhovateľa proti uzneseniu Krajského súdu v Bratislave zo dňa 19.10.2012, č.k. 8NcC /79/2012-17, keď nesporné je, že uvedená sťažnosť bola uznesením Ústavného súdu SR zo dňa 30.10.2013, č.k. III. ÚS 556/2013-10, odmietnutá, takže neprebieha žiadne konanie, v ktorom by sa riešila otázka, ktorá môže mať význam pre rozhodnutie súdu v tomto konaní. Správne preto súd prvého stupňa rozhodol, keď návrh navrhovateľa na prerušenie konania zo dňa 26.06.2014 zamietol. Pokiaľ navrhovateľ namietal, že v čase vydania meritórneho rozhodnutia vo veci nebolo právoplatne rozhodnuté o jeho návrhu na prerušenie konania, odvolací súd dospel k záveru, že v danom prípade, keď aj v časti zamietnutia návrhu navrhovateľa na prerušenie konania posúdil rozhodnutie súdu prvého stupňa ako vecne správne, nejde o takú vadu konania pred súdom prvého stupňa, ktorá by mala za následok nesprávne rozhodnutie vo veci. Súd prvého stupňa postupoval správne, keď v danej veci zisťoval základné predpoklady vzniku objektívnej zodpovednosti za škodu spôsobenú súdom v občianskom súdnom konaní v zmysle zákona č. 514/2003 Z.z., podľa ktorého musia byť súčasne splnené tri podmienky, a to: 1/ existencia škody ako majetkovej ujmy vyjadriteľnej v peniazoch, 2/ nezákonné rozhodnutie alebo nesprávny úradný postup súdu, 3/ príčinná súvislosť medzi škodou (nemajetkovou ujmou) a nezákonným rozhodnutím alebo nesprávnym úradným postupom. Odvolací súd sa stotožnil so záverom súdu prvého stupňa, že navrhovateľ nepreukázal splnenie všetkých zákonných predpokladov vzniku zodpovednosti štátu za škodu spôsobenú nesprávnym úradným postupom, keď navrhovateľ v konaní nepreukázal vznik škody, nepredložil žiadne dôkazy preukazujúce vznik skutočnej škody a samotný paušálny výpočet údajných nákladov spojených s uplatnením práv, vyplývajúcich mu z exekučného titulu v predmetnom exekučnom konaní vznik škody nepreukazuje. Na uvedenom závere nemôže nič zmeniť ani argumentácia navrhovateľa, že nemohol pred rozhodnutím súdu z dôvodu ochrany obchodného tajomstva predložiť listinné dôkazy, ktoré by preukazovali vznik nákladov (a teda aj tvrdenej škody), ktoré mienil predložiť až na pojednávaní; ktorého sa nezúčastnil, keď; ako na to správne poukázal aj súd prvého stupňa; navrhovateľ mal od podania návrhu dostatok času a príležitostí predložiť, prípadne aspoň označiť dôkazy na preukázanie vzniku škody. Vznik objektívnej zodpovednosti štátu za škodu, či nemajetkovú ujmu, okrem nezákonného rozhodnutia alebo nesprávneho úradného postupu a vzniku samotnej škody predpokladá i existenciu príčinnej súvislosti medzi týmto rozhodnutím alebo postupom a vznikom škody. Prvostupňový súd dospel k správnemu záveru i v tom, že navrhovateľ v preskúmavanej veci nepreukázal ani existenciu príčinnej súvislosti medzi údajným vznikom škody a nesprávnym úradným postupom, nakoľko z vykonaného dokazovania nevyplynulo, že by navrhovateľovi ním tvrdené náklady (vznik ktorých ani nepreukázal) nevznikli, ak by exekučný súd v konaní sp.zn. 55 Er/1248/2010 o žiadosti súdneho exekútora o udelenie poverenia na vykonanie exekúcie, rozhodol skôr. Odvolací súd sa rovnako stotožnil so záverom prvostupňového súdu, že navrhovateľ v konaní nepreukázal splnenie predpokladov pre priznanie požadovanej náhrady nemajetkovej ujmy, keď nepreukázal žiadne konkrétne okolnosti, resp. následky údajného nesprávneho úradného postupu exekučného súdu, ktoré by jej priznanie umožňovali, resp. odôvodňovali. Pokiaľ ide o námietku navrhovateľa, že mu súd prvého stupňa odňal možnosť konať pred súdom tým, že vec prejednal a vo veci rozhodol na pojednávaní dňa 02.07.2014 v jeho neprítomnosti, odvolací súd ju považuje za nedôvodnú a účelovú, keďže navrhovateľ, resp. jeho právny zástupca, boli na toto pojednávanie riadne predvolaní už mesiaci máj 2014, pojednávania sa nezúčastnili a ani nepožiadali z dôležitého dôvodu o jeho odročenie; pričom o nezaujatosti vec prejednávajúcej zákonnej sudkyne rozhodol Krajský súd v Bratislave; a teda boli splnené všetky zákonné predpoklady (§ 101 ods. 2 O.s.p.) na prejednanie a rozhodnutie veci na pojednávaní dňa 02.07.2014 v jeho neprítomnosti. Nedôvodná je tiež odvolacia námietka navrhovateľa, že vo veci rozhodoval vylúčený sudca, keď; ako už bolo uvedené; o jeho námietke zaujatosti v preskúmavanej veci rozhodol Krajský súd v Bratislave, ktorý uznesením zo dňa 19.10.2012, č.k. 8NcC 79/2012-17 sudcov Okresného súdu Bratislava II z prejednávania a rozhodovania tejto veci, nevylúčil. Súdu prvého stupňa teda nemožno vytknúť žiadne procesné pochybenie ani pochybenie pri skutkovom a právnom posúdení nároku navrhovateľa na náhradu škody a nemajetkovej ujmy, ktorá mu mala vzniknúť nesprávnym úradným postupom exekučného súdu v konaní vedenom na Okresnom súde Bratislava II pod sp. zn. 55 Er/1248/2010, pričom ani v odvolaní navrhovateľ neuviedol žiadne nové skutočnosti, ktoré by odôvodňovali odlišné právne posúdenie tejto otázky odvolacím súdom. Súd prvého stupňa sa v rámci predmetného konania vyporiadal so všetkými relevantnými skutočnosťami uvádzanými v podanom návrhu a svoje rozhodnutie vydal v súlade s platnou právnou úpravou, pričom svoje rozhodnutie riadne a presvedčivo odôvodnil, a preto ani v tomto smere nemožno námietky navrhovateľa považovať za opodstatnené. Vzhľadom na uvedené odvolací súd napadnutý rozsudok súdu prvého stupňa v celom rozsahu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https://www.kauzis.sk/judikatura/r/ECLI:SK:KSBA:2015:1212225167.4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