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11CoP/551/2015 z 11. 11. 2015</w:t>
      </w:r>
    </w:p>
    <w:p>
      <w:r>
        <w:t>Uznesenie Krajského súdu Bratislava z 11. novembra 2015, sp. zn. 11CoP/551/2015, ECLI:SK:KSBA:2015:1214210965.1</w:t>
      </w:r>
    </w:p>
    <w:p>
      <w:r>
        <w:t>Súd: Krajský súd Bratislava</w:t>
      </w:r>
    </w:p>
    <w:p>
      <w:r>
        <w:t>Spisová značka: 11CoP/551/2015</w:t>
      </w:r>
    </w:p>
    <w:p>
      <w:r>
        <w:t>ECLI: ECLI:SK:KSBA:2015:1214210965.1</w:t>
      </w:r>
    </w:p>
    <w:p>
      <w:r>
        <w:t>Dátum vydania: 11. 11. 2015</w:t>
      </w:r>
    </w:p>
    <w:p>
      <w:r>
        <w:t>Forma: Uznesenie</w:t>
      </w:r>
    </w:p>
    <w:p>
      <w:r>
        <w:t>Oblasť práva: Rodinné právo</w:t>
      </w:r>
    </w:p>
    <w:p>
      <w:pPr>
        <w:pStyle w:val="Heading2"/>
      </w:pPr>
      <w:r>
        <w:t>Text rozhodnutia</w:t>
      </w:r>
    </w:p>
    <w:p>
      <w:r>
        <w:t>Súd: Krajský súd Bratislava Spisová značka: 11CoP/551/2015 Identifikačné číslo súdneho spisu: 1214210965 Dátum vydania rozhodnutia: 12. 11. 2015 Meno a priezvisko sudcu, VSÚ: JUDr. Bianka Gelačíková ECLI: ECLI:SK:KSBA:2015:1214210965.1 Uznesenie Krajský súd v Bratislave, vo veci starostlivosti o maloleté dieťa: J. F., X.. XX.XX.XXXX, zast. Úradom práce sociálnych vecí a rodiny so sídlom v Malackách, Záhorská ulica 2942/60A, v náhradnej osobnej starostlivosti E. F., X..: XX.XX.XXXX, starý otec maloletého, t.č. Y. V., V. J., S. G. Z. Č.. XX, pošta: R. R., dôchodca, dieťa rodičov: otec - J. F., X.. XX.XX.XXXX, V. L. F. XXX, a matka - B. F., X.. XX.XX.XXXX, V. L. L. X, L., V..Č.. X.Á., zast. opatrovníčkou H. H., pracovníčkou Okresného súdu Pezinok na celé konanie vedené na Okresnom súde Malacky pod sp. zn. 8P/312/2014, o zrušenie náhradnej osobnej starostlivosti a ďalšie zverenie maloletého do náhradnej osobnej starostlivosti, na odvolanie starého otca maloletého - E. F., X..: XX.XX.XXXX proti uzneseniu Okresného súdu v Malackách zo dňa 06.10.2014, č.k. 8P/312/2014-21, jednohlasne (pomerom hlasov 3:0) takto r o z h o d o l : Odvolanie starého otca maloletého sa o d m i e t a. o d ô v o d n e n i e : Okresný súd v Malackách uznesením zo dňa 06.10.2014, č.k. 8P/312/2014-21, ustanovil Úrad práce sociálnych vecí a rodiny so sídlom v Malackách, Záhorská ulica 2942/60A pre maloleté dieťa J. F., X..: XX.XX.XXXX za kolízneho opatrovníka v konaní o zrušenie náhradnej osobnej starostlivosti a ďalšie zverenie maloletého do náhradnej osobnej starostlivosti. Rozhodnutie právne odôvodnil § 31 Zákona o rodine, a tým, že v danom prípade ide o taký právny úkon, pri ktorom maloleté dieťa nemôže byť zastúpené ani jedným z rodičov. Proti tomuto uzneseniu v zákonnej lehote podal odvolanie starý otec maloletého - E. F., X..: XX.XX.XXXX, bytom Y. V., V. J., S. G. Z. Č.. XX, ktorému bol maloletý zverený do náhradnej osobnej starostlivosti rozsudkom Okresného súdu Bratislava II zo dňa 16.11.2006, č.k. 28P/155/2004-60. V podanom odvolaní nesúhlasil s ustanovením Úradu práce sociálnych vecí a rodiny so sídlom v Malackách, Záhorská ulica 2942/60A za kolízneho opatrovníka pre maloletého. Uviedol, že o maloletého J. sa staral do jeho siedmeho roka života, vždy mu chcel len dobre, avšak nateraz sa lieči po úraze už tretí rok. Poukázal na skutočnosť, že sa postaral i o svoju vnučku C., ktorá je prijatá na vysokú školu. Odvolací súd vec prejednal bez nariadenia odvolacieho pojednávania podľa § 214 ods. 2 O.s.p. a dospel k záveru, že odvolanie starého otca je potrebné ako neprípustné odmietnuť. Podľa ust. § 205 ods. 1 O.s.p., v odvolaní sa má popri všeobecných náležitostiach (§ 42 ods. 3 O.s.p.) uviesť, proti ktorému rozhodnutiu smeruje, v akom rozsahu sa napáda, v čom sa toto rozhodnutie alebo postup súdu považuje za nesprávny a čoho sa odvolateľ domáha. Podľa ust. § 209 ods. 1 O.s.p., súd prvého stupňa uznesením vyzve toho, kto podal odvolanie neobsahujúce náležitosti podľa § 205 ods. 1 a 2, aby chýbajúce náležitosti doplnil, a poučí ho o následkoch neodstránenia vád odvolania podľa § 218 ods. 1 písm. d). Ak sa aj napriek výzve súdu odvolanie nedoplní alebo ak ide o oneskorené odvolanie alebo podané tým, kto naň nie je oprávnený, predloží súd prvého stupňa odvolanie na rozhodnutie odvolaciemu súdu. Podľa ust. § 211 ods. 1 prvá veta O.s.p., ak súd prvého stupňa nesprávne postupoval podľa § 209 ods. 1, odvolací súd sám vyzve toho, kto podal odvolanie, aby doplnil chýbajúce náležitosti, a poučí ho o následkoch neodstránenia vád odvolania podľa § 218 ods. 1 písm. d). Podľa ust. § 218 ods. 1 písm. d) O.s.p., odvolací súd odmietne odvolanie, ktoré nemá náležitosti podľa § 205 ods. 1 a 2. Predtým, než začne odvolací súd na základe podaného odvolania konať vo veci samej, tak musí skúmať, či odvolanie spĺňa všetky podmienky prípustnosti odvolania požadované zákonom, t.j. či je podané v lehote, oprávnenou osobou, či smeruje proti rozhodnutiu, proti ktorému je prípustné, či má všetky predpísané náležitosti a či je rozhodnutie medzitým nezaniklo inak. Ak odvolací súd zistí, že nie je splnená niektorá z podmienok odvolania, musí odvolanie odmietnuť bez ďalšieho vecného prejednania odvolania. V danom prípade odvolací súd z obsahu spisového materiálu zistil, že starý otec maloletého podal voči napadnutému uzneseniu súdu prvého stupňa odvolanie, doručené Okresnému súdu Malacky dňa 27.05.2015. Nakoľko odvolanie starého otca nespĺňalo všetky náležitosti odvolania, pretože z jeho obsahu nebolo zrejmé, v čom odporca považuje rozhodnutie súdu prvého stupňa alebo jeho postup za nesprávny, čoho sa odvolaním domáha, súd prvého stupňa uznesením č.k. 8P/312/2014 - 52 zo dňa 30.06.2015 vyzval starého otca podľa ust. § 209 ods. 1 O.s.p. na odstránenie nedostatkov odvolania v stanovenej lehote 15 dní od doručenia uznesenia a zároveň ho poučil o následkoch neodstránenia vád odvolania podľa § 218 ods. 1 písm. d) O.s.p.. Vzhľadom k tomu, že starý otec maloletého na výzvu súdu zo dňa 30.06.2015 reagoval písomným podaním, doručeným Okresnému súdu Malacky, len tak, že oznámil svoju hospitalizáciu v nemocnici v Poprade, bez toho, aby odstránil vady svojho podania, odvolací súd podľa ust. § 218 ods. 1 písm. d) O.s.p., odvolanie starého otca E. F.K., X..: XX.XX.XXXX odmietol. Poučenie: Proti tomuto uzneseniu nie je odvolanie prípustné.</w:t>
      </w:r>
    </w:p>
    <w:p/>
    <w:p>
      <w:r>
        <w:t>Zdroj: KAUZIS.SK – https://www.kauzis.sk/judikatura/r/ECLI:SK:KSBA:2015:1214210965.1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