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3Cob/25/2015 z 29. 4. 2015</w:t>
      </w:r>
    </w:p>
    <w:p>
      <w:r>
        <w:t>Uznesenie Krajského súdu Bratislava z 29. apríla 2015, sp. zn. 3Cob/25/2015, ECLI:SK:KSBA:2015:1214212631.1</w:t>
      </w:r>
    </w:p>
    <w:p>
      <w:r>
        <w:t>Súd: Krajský súd Bratislava</w:t>
      </w:r>
    </w:p>
    <w:p>
      <w:r>
        <w:t>Spisová značka: 3Cob/25/2015</w:t>
      </w:r>
    </w:p>
    <w:p>
      <w:r>
        <w:t>ECLI: ECLI:SK:KSBA:2015:1214212631.1</w:t>
      </w:r>
    </w:p>
    <w:p>
      <w:r>
        <w:t>Dátum vydania: 29. 4.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3Cob/25/2015 Identifikačné číslo súdneho spisu: 1214212631 Dátum vydania rozhodnutia: 30. 04. 2015 Meno a priezvisko sudcu, VSÚ: JUDr. Elena Ondrišová ECLI: ECLI:SK:KSBA:2015:1214212631.1 Uznesenie Krajský súd v Bratislave v právnej veci žalobcu Rušit Zumberi - DIVINO, Šalviová 34, Bratislava, IČO: 43 070 957, proti žalovanému PROFI CREDIT Slovakia s.r.o., Pribinova 25, Bratislava, IČO: 35 792 752 o určenie neplatnosti zmluvy o revolvingovom úvere a o odvolaní žalobcu proti uzneseniu Okresného súdu Bratislava II v Bratislave č.k. 26Cb/92/2014-35 zo dňa 7.8.2014, jednohlasne takto r o z h o d o l : Odvolací súd uznesenie Okresného súdu Bratislava II v Bratislave č.k. 26Cb/92/2014-35 zo dňa 7.8.2014 p o t v r d z u j e . o d ô v o d n e n i e : Napadnutým uznesením súd prvého stupňa odmietol návrh žalobcu na začatie konania. V odôvodnení uviedol, že petit návrhu žalobcu nespĺňal náležitosti návrhu na začatie konania, ktoré žalobca nedoplnil ani na výzvu súdu zo dňa 13.6.2014, v ktorej ho súd zároveň poučil o možnosti odmietnutia podania podľa § 43 ods. 2 O.s.p.. Uviedol, že podaním, ktorým na výzvu reagoval, žalobca neodstránil všetky nedostatky na ktorých odstránenie ho súd vyzval, nakoľko žalobca neopravil petit žaloby, ktorý ostal aj naďalej nezrozumiteľný a nevykonateľný. Naviac nedoložil ani plnú moc pre JUDr. Gabriela Debnára. Preto s poukazom na ustanovenie § 43 ods.2 O.s.p. podanie žalobcu odmietol. Proti uzneseniu súdu prvého stupňa podal riadne a včas odvolanie žalobca, v ktorom poukázal na ustanovenie § 43 ods. 2 O.s.p. a v lehote určenej na podanie odvolania doplnil svoje podanie tým, že uviedol, že od žalovaného si vzal revolvingový úver, pričom uviedol celú genézu jeho splácania. Zdôraznil, že o žiadnom rozhodcovskom konaní nevedel, zmenkový platobný rozkaz neprevzal a ani žiadnu zmenku nepodpísal. Toto sa dozvedel až keď vo veci úveru začala prebiehať súdna exekúcia, čo považuje vzhľadom na splatenie úveru za nespravodlivé. Preto navrhol v konaní pokračovať a exekúciu zastav Odvolací súd prejednal vec podľa §212 ods.1 a § 214 ods.2 O.s.p. bez nariadenia pojednávania a dospel k záveru, že napadnuté uznesenie je vecne správne. Odvolací súd po preskúmaní napadnutého uznesenia dospel k záveru, že žalobca v odvolaní nedoplnil, resp. neopravil nesprávne chýbajúce náležitosti návrhu a tak rozhodnutie súdu prvého stupňa o odmietnutí návrhu bolo vydané v súlade so zákonom, s čím sa odvolací súd plne stotožnil podľa § 219 ods. 2 O.s.p.. Naviac je potrebné dodať, že vo veci prebiehajúcej exekúcie nie je možné podať žalobu požadujúcu zastavenie prebiehajúcej exekúcie. Z uvedených dôvodov odvolací súd podľa § 219 ods. 1 O. s. p. napadnuté uznesenie súdu prvého stupňa potvrdil. Poučenie: Proti tomuto rozhodnutiu odvolanie nie je prípustné</w:t>
      </w:r>
    </w:p>
    <w:p/>
    <w:p>
      <w:r>
        <w:t>Zdroj: KAUZIS.SK – https://www.kauzis.sk/judikatura/r/ECLI:SK:KSBA:2015:1214212631.1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