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14Co/591/2015 z 21. 12. 2015</w:t>
      </w:r>
    </w:p>
    <w:p>
      <w:r>
        <w:t>Uznesenie Krajského súdu Bratislava z 21. decembra 2015, sp. zn. 14Co/591/2015, ECLI:SK:KSBA:2015:1214213630.1</w:t>
      </w:r>
    </w:p>
    <w:p>
      <w:r>
        <w:t>Súd: Krajský súd Bratislava</w:t>
      </w:r>
    </w:p>
    <w:p>
      <w:r>
        <w:t>Spisová značka: 14Co/591/2015</w:t>
      </w:r>
    </w:p>
    <w:p>
      <w:r>
        <w:t>ECLI: ECLI:SK:KSBA:2015:1214213630.1</w:t>
      </w:r>
    </w:p>
    <w:p>
      <w:r>
        <w:t>Dátum vydania: 21. 12.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14Co/591/2015 Identifikačné číslo súdneho spisu: 1214213630 Dátum vydania rozhodnutia: 22. 12. 2015 Meno a priezvisko sudcu, VSÚ: JUDr. Katarína Javorčíková ECLI: ECLI:SK:KSBA:2015:1214213630.1 Uznesenie Krajský súd v Bratislave v právnej veci navrhovateľa: EOS KSI Slovensko, s.r.o., so sídlom Pajštúnska 5, 851 02 Bratislava, IČO: 35 724 803, právne zastúpený: TOMÁŠ KUŠNÍR, s.r.o., advokátska kancelária, so sídlom Pajštúnska 5, 851 02 Bratislava, IČO: 36 613 843, proti odporkyni: G. A., E.. XX.XX.XXXX, I. K. G. XXX/XX, 821 07 Bratislava, o zaplatenie 3.988,17 Eur s príslušenstvom, o späťvzatí odvolania odporkyne proti uzneseniu Okresného súdu Bratislava II zo dňa 15.12.2014, č.k. 31Ro/1457/2014-35, pomerom hlasov 3:0, takto r o z h o d o l : Krajský súd v Bratislave odvolacie konanie vo veci z a s t a v u j e. Žiadnemu z účastníkov n e p r i z n á v a náhradu trov odvolacieho konania. o d ô v o d n e n i e : Súd prvého stupňa vydal dňa 16.07.2014 platobný rozkaz č.k. 31Ro/1457/2014-22, ktorým zaviazal odporkyňu zaplatiť navrhovateľovi sumu 3.988,17 Eur, úrok z omeškania vo výške 9% ročne zo sumy 3.988,17 Eur od 05.02.2011 do zaplatenia, nahradiť trovy konania vo výške 239,- Eur a trovy právneho zastúpenia vo výške 381,77 Eur právnemu zástupcovi navrhovateľa, alebo v stanovenej lehote podať odpor na súde prvého stupňa. Odporkyňa podala odpor dňa 30.07.2014. Súd prvého stupňa uznesením zo dňa 15.12.2014, č.k. 31Ro/1457/2014-35, odpor proti vyššie označenému platobnému rozkazu odmietol podľa ustanovenia § 174 ods. 3 písm. b) O.s.p. ako neodôvodnený. Proti napadnutému uzneseniu podala odporkyňa včas odvolanie, súdu prvého stupňa doručené dňa 08.01.2015. V priebehu odvolacieho konania podaním doručeným súdu dňa 10.03.2015 vzala odporkyňa odvolanie späť v celom rozsahu bez bližšieho zdôvodnenia. Podľa § 207 O.s.p. vzdať sa odvolania možno len voči súdu, a to až po vyhlásení rozhodnutia. Dokiaľ o odvolaní nebolo rozhodnuté, možno ho vziať späť. Ak niekto vzal odvolanie späť, nemôže ho podať znova. Ak sa odvolanie, o ktorom nebolo rozhodnuté vzalo späť, odvolací súd odvolacie konanie zastaví. Podľa § 222 ods. 1 O.s.p., ak odvolateľ vezme odvolanie späť, právoplatnosť napadnutého rozhodnutia nastane, ako keby k podaniu odvolania nedošlo. V súlade s citovanými ustanoveniami súd odvolacie konanie vo veci zastavil. V súvislosti so späťvzatím odvolania a zastavením odvolacieho konania navrhovateľovi ani odporkyni trovy nevznikli. Preto súd nepriznal náhradu trov odvolacieho konania žiadnemu z účastníkov konania. Poučenie: Proti tomuto uzneseniu odvolanie nie je prípustné.</w:t>
      </w:r>
    </w:p>
    <w:p/>
    <w:p>
      <w:r>
        <w:t>Zdroj: KAUZIS.SK – https://www.kauzis.sk/judikatura/r/ECLI:SK:KSBA:2015:1214213630.1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