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4Cob/10/2015 z 25. 2. 2015</w:t>
      </w:r>
    </w:p>
    <w:p>
      <w:r>
        <w:t>Uznesenie Krajského súdu Bratislava z 25. februára 2015, sp. zn. 4Cob/10/2015, ECLI:SK:KSBA:2015:1214213636.1</w:t>
      </w:r>
    </w:p>
    <w:p>
      <w:r>
        <w:t>Súd: Krajský súd Bratislava</w:t>
      </w:r>
    </w:p>
    <w:p>
      <w:r>
        <w:t>Spisová značka: 4Cob/10/2015</w:t>
      </w:r>
    </w:p>
    <w:p>
      <w:r>
        <w:t>ECLI: ECLI:SK:KSBA:2015:1214213636.1</w:t>
      </w:r>
    </w:p>
    <w:p>
      <w:r>
        <w:t>Dátum vydania: 25. 2.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4Cob/10/2015 Identifikačné číslo súdneho spisu: 1214213636 Dátum vydania rozhodnutia: 26. 02. 2015 Meno a priezvisko sudcu, VSÚ: JUDr. Elena Kúšová ECLI: ECLI:SK:KSBA:2015:1214213636.1 Uznesenie Krajský súd v Bratislave v právnej veci v právnej veci navrhovateľa (žalobcu): BL Telecom collection, s.r.o., Šoltésovej 14, 811 08 Bratislava, IČO: 47 150 513, zastúpený: SOUKENÍK - ŠTRPKA, s.r.o., Šoltésovej 14, 811 08 Bratislava, IČO: 36 862 711, proti odporcovi (žalovanému): ROB, spol. s r.o., Exnárova 43, 821 03 Bratislava, IČO: 31 402 241, o zaplatenie istiny 248,95 eur s príslušenstvom, o späťvzatí návrhu navrhovateľa, takto r o z h o d o l : Krajský súd v Bratislave späťvzatie návrhu zo dňa 24.10.2014 pripúšťa, rozsudok Okresného súdu Bratislava II č.k. 26Cb/155/2014-56 zo dňa 31.10.2014 zrušuje a konanie vedené pred Okresným súdom Bratislava II pod sp. zn. 26Cb/155/2014 zastavuje. Odporca nemá právo na náhradu trov konania. o d ô v o d n e n i e : Napadnutým rozsudkom súd prvého stupňa uložil žalovanému povinnosť zaplatiť žalobcovi istinu 248,95 eur spolu s úrokom z omeškania vo výške 9 % ročne zo sumy vo výške 248,95 eur za obdobie odo dňa 06.04.2010, po tom čo došiel k záveru, že boli splnené všetky zákonom požadované náležitosti pre vydanie kontumačného rozsudku. O náhrade trov konania rozhodol podľa § 142 ods. 1 O.s.p.. Navrhovateľ dňa 30.10.2014 doručil súdu späťvzatie návrhu na začatie konania a požiadal o vrátenie súdneho poplatku. Podľa § 208 O.s.p., ak je návrh na začatie konania vzatý späť, keď už rozhodol súd prvého stupňa, ale jeho rozhodnutie nie je dosiaľ právoplatné, odvolací súd rozhodne o pripustení späťvzatia. Súd späťvzatie nepripustí, ak druhý účastník s tým nesúhlasí. Ak späťvzatie pripustí, odvolací súd zruší rozhodnutie súdu prvého stupňa a konanie zastaví. Odvolací súd vyzval odporcu, aby v určenej lehote oznámil, či súhlasí so späťvzatím návrhu na začatie konania. Výzvu súd doručoval na adresu zapísanú v obchodnom registri ako sídlo spoločnosti, pričom písomnosť sa dňa 03.02.2015 súdu vrátila ako nedoručená z dôvodu, že adresát je neznámy. Odporca v určenej lehote nevyjadril nesúhlas so späťvzatím návrhu. Na základe uvedených skutočností a citovaných zákonných ustanovení odvolací súd v zmysle § 208 O.s.p. pripustil späťvzatie návrhu na začatie konania, rozsudok Okresného súdu Bratislava II č.k. 26Cb/155/2014-56 zo dňa 31.10.2014 zrušil a konanie zastavil. O náhrade trov konania odvolací súd rozhodol podľa ustanovenia § 224 ods. 1 O. s. p. v spojení § 146 ods. 2 O.s.p.. Navrhovateľ &lt;http://www.najpravo.sk/judikatura/obcianske-procesne-pravo/spatvzatie-navrhu/ spatvzatie-zaloby-a-procesna-zodpovednost-zalobcu-na-zastaveni-konania.html&gt;späťvzatím návrhu bez udania dôvodu procesne zavinil zastavenie konania. Odporca si však žiadne trovy neuplatnil, preto mu ich odvolací súd nepriznal. O vrátení súdneho poplatku podľa § 11 zák. č. 71/1992 Zb. o súdnych poplatkoch a poplatku za výpis z registra trestov rozhodne súd prvého stupňa. Toto uznesenie bolo členmi senátu prijaté pomerom hlasov 3 : 0 (§ 3 ods. 9 tretia veta zák. č. 757/2004 Z. z. v znení neskorších predpisov). Poučenie: Proti tomuto uzneseniu odvolanie nie je prípustné.</w:t>
      </w:r>
    </w:p>
    <w:p/>
    <w:p>
      <w:r>
        <w:t>Zdroj: KAUZIS.SK – https://www.kauzis.sk/judikatura/r/ECLI:SK:KSBA:2015:1214213636.1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