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8Co/150/2015 z 30. 3. 2015</w:t>
      </w:r>
    </w:p>
    <w:p>
      <w:r>
        <w:t>Uznesenie Krajského súdu Bratislava z 30. marca 2015, sp. zn. 8Co/150/2015, ECLI:SK:KSBA:2015:1214219341.1</w:t>
      </w:r>
    </w:p>
    <w:p>
      <w:r>
        <w:t>Súd: Krajský súd Bratislava</w:t>
      </w:r>
    </w:p>
    <w:p>
      <w:r>
        <w:t>Spisová značka: 8Co/150/2015</w:t>
      </w:r>
    </w:p>
    <w:p>
      <w:r>
        <w:t>ECLI: ECLI:SK:KSBA:2015:1214219341.1</w:t>
      </w:r>
    </w:p>
    <w:p>
      <w:r>
        <w:t>Dátum vydania: 30. 3.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8Co/150/2015 Identifikačné číslo súdneho spisu: 1214219341 Dátum vydania rozhodnutia: 31. 03. 2015 Meno a priezvisko sudcu, VSÚ: JUDr. Janka Gažovičová ECLI: ECLI:SK:KSBA:2015:1214219341.1 Uznesenie Krajský súd v Bratislave v právnej veci navrhovateľa: Dopravný podnik Bratislava, a.s., so sídlom Olejkárska 1, Bratislava, zastúpeného advokátom JUDr. Vladimírom Kánom, so sídlom Námestie M. Benku 9, Bratislava, proti odporcovi: T..Č.. R.. Q. Z., R. D. I. XX, D., o zaplatenie 50,70 eur, o späťvzatí návrhu navrhovateľa po vydaní rozsudku Okresného súdu Bratislava II zo dňa 19. decembra 2014, č. k. 50C 307/2014-25, jednohlasne takto r o z h o d o l : Odvolací súd späťvzatie návrhu p r i p ú š ť a , rozsudok súdu prvého stupňa z r u š u j e a konanie z a s t a v u j e . Odporcovi náhradu trov konania nepriznáva. o d ô v o d n e n i e : Rozsudkom zo dňa 19. decembra 2014, č. k. 50C 307/2014-25, uložil súd prvého stupňa odporcovi povinnosť zaplatiť navrhovateľovi sumu 50,70 eur a náhradu trov konania vo výške 75,64 eur, keď mal preukázané, že dňa 24.03.2014 sa odporca; cestujúci na linke mestskej hromadnej dopravy číslo 70; na výzvu kontrolného orgánu nepreukázal platným cestovným lístkom a preto mu v súlade s ust. § 12 ods. 2 písm. b), § 14 ods. 1 písm. d), § 14 ods. 2 a § 17 ods. 2 zák. č. 56/2012 Z.z. o cestnej doprave vznikla povinnosť zaplatiť navrhovateľovi cestovné a prirážku k cestovnému, spolu v sume 50,70 eur, ktorú doposiaľ nesplnil. V zmysle § 142 ods. 1 O.s.p. priznal úspešnému navrhovateľovi aj náhradu trov konania a náhradu trov právneho zastúpenia podľa vyhl. č. 655/2004 Z.z. Po vyhlásení rozsudku; pred tým, než rozsudok súdu prvého stupňa nadobudol právoplatnosť; navrhovateľ písomným podaním zo dňa 09.02.2015 zobral svoj návrh na začatie konania v celom rozsahu späť, konanie žiadal zastaviť a priznať vrátenie zaplateného súdneho poplatku za návrh. Odvolací súd prejednal vec podľa § 208 O.s.p. bez nariadenia odvolacieho pojednávania podľa § 214 ods. 2 O.s.p. a vzhľadom na to, že navrhovateľ zobral späť návrh po tom, čo už rozhodol súd prvého stupňa, avšak rozsudok súdu prvého stupňa nenadobudol ešte právoplatnosť; pre jeho nedoručenie odporcovi; späťvzatie návrhu navrhovateľom pripustil, rozsudok súdu prvého stupňa zrušil a keďže týmto dispozitívnym úkonom navrhovateľa zanikol predmet konania, konanie zastavil (§ 208 O.s.p.). O náhrade trov konania rozhodol odvolací súd podľa § 224 ods. 1,2 O.s.p. v spojení s § 146 ods. 2 prvá veta O.s.p. a odporcovi náhradu trov konania nepriznal, keď navrhovateľ síce procesne zavinil zastavenie konania, avšak odporca náhradu trov konania priznať nežiadal a v konaní mu ani žiadne trovy nevznikli. O vrátení súdneho poplatku za návrh v súlade s ustanovením § 12 ods. 1 zák. č. 71/1992 Zb., o súdnych poplatkoch a poplatku za výpis z registra trestov, v znení neskorších predpisov, rozhodne súd prvého stupňa. Poučenie: Proti tomuto uzneseniu odvolanie nie je prípustné.</w:t>
      </w:r>
    </w:p>
    <w:p/>
    <w:p>
      <w:r>
        <w:t>Zdroj: KAUZIS.SK – https://www.kauzis.sk/judikatura/r/ECLI:SK:KSBA:2015:1214219341.1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