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11Co/93/2015 z 26. 7. 2015</w:t>
      </w:r>
    </w:p>
    <w:p>
      <w:r>
        <w:t>Uznesenie Krajského súdu Bratislava z 26. júla 2015, sp. zn. 11Co/93/2015, ECLI:SK:KSBA:2015:1214224880.1</w:t>
      </w:r>
    </w:p>
    <w:p>
      <w:r>
        <w:t>Súd: Krajský súd Bratislava</w:t>
      </w:r>
    </w:p>
    <w:p>
      <w:r>
        <w:t>Spisová značka: 11Co/93/2015</w:t>
      </w:r>
    </w:p>
    <w:p>
      <w:r>
        <w:t>ECLI: ECLI:SK:KSBA:2015:1214224880.1</w:t>
      </w:r>
    </w:p>
    <w:p>
      <w:r>
        <w:t>Dátum vydania: 26. 7. 2015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11Co/93/2015 Identifikačné číslo súdneho spisu: 1214224880 Dátum vydania rozhodnutia: 27. 07. 2015 Meno a priezvisko sudcu, VSÚ: JUDr. Blanka Podmajerská ECLI: ECLI:SK:KSBA:2015:1214224880.1 Uznesenie Krajský súd v Bratislave, v právnej veci navrhovateľky: A.. R. B., A. V. XX, A., štátna občianka SR, zastúpenej: ANDELOVÁ &amp; Co, s.r.o., Seberíniho 1, Bratislava, IČO: XX XXX XXX, proti odporcovi: H. B., A. M. L. Č.. XXX, M. L., štátny občan SR, zastúpeného: Mgr. Martin Hurtaj, advokát, AK Štefánikova 15, Nitra, o zvýšenie vyživovacej povinnosti, na odvolanie navrhovateľky proti rozsudku Okresného súdu Bratislava II zo dňa 06.03.2015, č.k. 21C/231/2014-53, jednohlasne ( pomerom hlasov 3:0 ) takto r o z h o d o l : Odvolacie konanie sa z a s t a v u j e. Žiaden z účastníkov nemá právo na náhradu trov odvolacieho konania. o d ô v o d n e n i e : V napadnutom rozsudku súd prvého stupňa právne dôvodiac § 62 ods.1,2,3, § 75 ods.1,2, § 76 ods.1, § 77 ods.1 Zákona o rodine zamietol návrh navrhovateľky, ktorým sa domáhala uložiť odporcovi povinnosť prispievať na jej výživu od 1.11.2014 sumou XXX euro mesačne. O trovách konania rozhodol podľa § 142 ods.1 O.s.p. a navrhovateľke uložil povinnosť zaplatiť odporcovi náhradu trov právneho zastúpenia vo výške XXX,XX euro na účet právneho zástupcu odporcu, v lehote do troch dní od právoplatnosti rozhodnutia. Proti rozsudku podala v zákonnej lehote odvolanie navrhovateľka žiadajúc, aby odvolací súd rozhodnutie súdu prvého stupňa zrušil a vec vrátil na ďalšie konanie. V písomnom podaní doručenom súdu prvého stupňa dňa 4.6.2015 navrhovateľka oznámila, že odvolanie podané proti rozsudku Okresného súdu Bratislava II sp. zn. 21C/231/2014 zo dňa 6.3.2015 berie v celom rozsahu späť z dôvodu, že medzi účastníkmi došlo ku komplexnému urovnaniu sporných nárokov súvisiacich s vyživovacou povinnosťou účastníkov konania. V prílohe pripojila medzi účastníkmi uzavretú Dohodu o urovnaní sporných nárokov zo dňa 2.6.2015. Podľa ust. § 207 zák. č. 99/1963 Zb. v platnom znení ( ďalej „O.s.p.“) vzdať sa odvolania možno len voči súdu, a to až po vyhlásení rozhodnutia. Dokiaľ o odvolaní nebolo rozhodnuté, možno ho vziať späť. Ak niekto vzal odvolanie späť, nemôže ho podať znova. Ak sa odvolanie, o ktorom nebolo rozhodnuté, vzalo späť, odvolací súd odvolacie konanie zastaví. Podľa ust. § 222 ods.1 O.s.p. ak odvolateľ vezme odvolanie späť, právoplatnosť napadnutého rozhodnutia nastane, ako keby k podaniu odvolania nedošlo. Lehoty, ktoré majú plynúť od právoplatnosti napadnutého rozhodnutia, plynú v takom prípade od právoplatnosti uznesenia o zastavení odvolacieho konania. Odvolací súd prejednal vec bez nariadenia odvolacieho pojednávania ( § 214 ods. 2 O.s.p.) a pri rozhodovaní prihliadal na okolnosť, že k späťvzatiu odvolania podaného navrhovateľkou proti rozsudku Okresného súdu Bratislava II zo dňa 6.3.2015, č.k. 21C/231/2014-53 došlo v čase, kedy o ňom nebolo odvolacím súdom rozhodnuté. Z horeuvedených dôvodov odvolací súd odvolacie konanie zastavil ( § 207 O.s.p.). O trovách odvolacieho konania rozhodol v súlade s podmienkami dohodnutými medzi účastníkmi v Dohode o urovnaní zo dňa 2.6.2015 podľa § 224 ods.1 v spojení s § 146 ods.1 písm. c/ O.s.p.. Poučenie: Proti tomuto uzneseniu nie je odvolanie prípustné.</w:t>
      </w:r>
    </w:p>
    <w:p/>
    <w:p>
      <w:r>
        <w:t>Zdroj: KAUZIS.SK – https://www.kauzis.sk/judikatura/r/ECLI:SK:KSBA:2015:1214224880.1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