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3Cob/120/2015 z 3. 6. 2015</w:t>
      </w:r>
    </w:p>
    <w:p>
      <w:r>
        <w:t>Opravné uznesenie Krajského súdu Bratislava z 3. júna 2015, sp. zn. 3Cob/120/2015, ECLI:SK:KSBA:2015:1215206385.2</w:t>
      </w:r>
    </w:p>
    <w:p>
      <w:r>
        <w:t>Súd: Krajský súd Bratislava</w:t>
      </w:r>
    </w:p>
    <w:p>
      <w:r>
        <w:t>Spisová značka: 3Cob/120/2015</w:t>
      </w:r>
    </w:p>
    <w:p>
      <w:r>
        <w:t>ECLI: ECLI:SK:KSBA:2015:1215206385.2</w:t>
      </w:r>
    </w:p>
    <w:p>
      <w:r>
        <w:t>Dátum vydania: 3. 6.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3Cob/120/2015 Identifikačné číslo súdneho spisu: 1215206385 Dátum vydania rozhodnutia: 04. 06. 2015 Meno a priezvisko sudcu, VSÚ: Mgr. Štefan Zelenák ECLI: ECLI:SK:KSBA:2015:1215206385.2 Opravné uznesenie Krajský súd v Bratislave v právnej veci navrhovateľa FRISOMAT, spol. s r.o., IČO: 36 561 100, Bočná 3, Nové Zámky proti odporcovi 1/ S Slovensko, spol. s r.o., Tomášikova 17, Bratislava, IČO: 35 812 419 práv. zast. Erben &amp; Erben, advokátska kancelária, s.r.o., Nám. SNP 22, Bratislava, IČO: 35724111 odporcovi 2/ Kochanovská agromliekareň s.r.o., Kochanovce 218, IČO: 44 696 868 o určenie neplatnosti záložnej zmluvy a o nariadenie predbežného opatrenia a o odvolaní odporcu 1/ proti uzneseniu Okresného súdu Bratislava II v Bratislave, č. k. 22Cb/119/2015-27, zo dňa 12.3.2015, o návrhu na nariadenie predbežného opatrenia jednohlasne takto r o z h o d o l : Súd o p r a v u j e záhlavie uznesenia Krajského súdu v Bratislave, č. k. 3Cob/120/2015 - 55, zo dňa 29.5.2015 tak, že sa vypúšťa označenie právneho zástupcu navrhovateľa a o p r a v u j e dátum vydania namiesto: ... 29.5.2014 ... má správne byť: ... 29.5.2015... o d ô v o d n e n i e : Uznesením č. k. 3Cob/120/2015 - 55, zo dňa 29.5.2015 odvolací súd rozhodol o odvolaní odporcu 1/ voči uzneseniu Okresného súdu Bratislava II. v Bratislave, č. k. 22Cb/119/2015-27, zo dňa 12.3.2015. Podaním zo dňa 11.5.2015 oznámil právny zástupca navrhovateľa súdu, že dňa 4.5.2015 došlo k ukončeniu právneho zastupovania. V uznesení č. k. 3Cob/120/2015 - 55, zo dňa 29.5.2015 bol nesprávne uvedený dátum vydania (29.5.2014). Podľa § 164 O.s.p. predseda senátu opraví v rozsudku kedykoľvek i bez návrhu chyby v písaní a počítaní ako i iné zrejmé nesprávnosti. Ak sa oprava týka výroku rozhodnutia, vydá predseda senátu opravné uznesenie, ktoré doručí účastníkom, pritom môže odložiť vykonateľnosť rozsudku, pokiaľ opravné uznesenie nenadobudne právoplatnosť. S poukazom na uvedené skutočnosti súd opravil chybu v písaní výroku predmetného rozsudku tak ako je uvedené vo výroku tohto uznesenia.</w:t>
      </w:r>
    </w:p>
    <w:p/>
    <w:p>
      <w:r>
        <w:t>Zdroj: KAUZIS.SK – https://www.kauzis.sk/judikatura/r/ECLI:SK:KSBA:2015:1215206385.2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