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11CoP/419/2015 z 4. 8. 2015</w:t>
      </w:r>
    </w:p>
    <w:p>
      <w:r>
        <w:t>Uznesenie Krajského súdu Bratislava z 4. augusta 2015, sp. zn. 11CoP/419/2015, ECLI:SK:KSBA:2015:1215213746.1</w:t>
      </w:r>
    </w:p>
    <w:p>
      <w:r>
        <w:t>Súd: Krajský súd Bratislava</w:t>
      </w:r>
    </w:p>
    <w:p>
      <w:r>
        <w:t>Spisová značka: 11CoP/419/2015</w:t>
      </w:r>
    </w:p>
    <w:p>
      <w:r>
        <w:t>ECLI: ECLI:SK:KSBA:2015:1215213746.1</w:t>
      </w:r>
    </w:p>
    <w:p>
      <w:r>
        <w:t>Dátum vydania: 4. 8. 2015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11CoP/419/2015 Identifikačné číslo súdneho spisu: 1215213746 Dátum vydania rozhodnutia: 05. 08. 2015 Meno a priezvisko sudcu, VSÚ: Mgr. Patrícia Železníková ECLI: ECLI:SK:KSBA:2015:1215213746.1 Uznesenie Krajský súd v Bratislave, vo veci starostlivosti o maloleté dieťa: H. R., nar.: XX.XX.XXXX, t.č. F. domov S., XXX XX S., zast. Úradom práce sociálnych vecí a rodiny so sídlom v Bratislave, Vazovova 7/A, dieťa rodičov: otec - M. R., nar.: XX.XX.XXXX, trvale bytom M. M. 39, t.č. C. XX/A, A., a matka - R. W., nar.: XX.XX.XXXX, trvale bytom M. XX, A., t.č. C. XX/A, A., o nariadenie ústavnej starostlivosti, na odvolanie kolízneho opatrovníka proti uzneseniu Okresného súdu Bratislava II zo dňa 04.06.2015, č.k. 61P/104/2015-6, jednohlasne (pomerom hlasov 3:0) takto r o z h o d o l : Uznesenie súdu prvého stupňa sa p o t v r d z u j e. o d ô v o d n e n i e : Okresný súd Bratislava II uznesením zo dňa 04.06.2015, č.k. 61P/104/2015-6, ustanovil Úrad práce sociálnych vecí a rodiny so sídlom v Bratislave, Vazovova 7/A pre maloleté dieťa H. R., nar.: XX.XX.XXXX za kolízneho opatrovníka v konaní o nariadenie ústavnej starostlivosti nad maloletým. Rozhodnutie právne odôvodnil § 31 Zákona o rodine, a tým, že v danom prípade ide o taký právny úkon, pri ktorom maloleté dieťa nemôže byť zastúpené ani jedným z rodičov. Proti tomuto uzneseniu v zákonnej lehote podal odvolanie Úrad práce sociálnych vecí a rodiny v Bratislave, ktorý nesúhlasil s ustanovením za kolízneho opatrovníka pre maloletého H. R., nar.: XX.XX.XXXX z dôvodu svojej miestnej nepríslušnosti so zreteľom na trvalý pobyt maloletého na adrese M. XX, A., v okrese B.. Z uvedeného dôvodu navrhol ustanoviť za kolízneho opatrovníka Úrad práce, sociálnych vecí a rodiny Senica, pracovisko Skalica, Gorkého 2, Skalica. Odvolací súd preskúmal napadnuté rozhodnutie súdu prvého stupňa podľa § 212 ods. 2 písm. a/ O.s.p. a prejednal vec bez nariadenia odvolacieho pojednávania podľa § 214 ods. 2. O.s.p a dospel k záveru, že odvolanie kolízneho opatrovníka nie je dôvodné. Podľa § 31 ods. 2 Zákona o rodine,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opatrovník“). Podľa ust. § 31 ods. 4 Zákona o rodine na ustanovenie kolízneho opatrovníka sa primerane použijú ustanovenia § 60 a 61. Funkcia kolízneho opatrovníka zaniká ukončením konania alebo vykonaním právneho úkonu, na ktorého účely bol ustanovený. V zmysle uvedeného v danej veci postupoval aj súd prvého stupňa, keď mal v prebiehajúcom konaní o nariadenie ústavnej starostlivosti nad maloletým preukázanú potrebu ustanoviť Úrad práce, sociálnych vecí a rodiny v Bratislave za kolízneho opatrovníka. Odvolací súd sa s námietkou kolízneho opatrovníka, ktorou oponoval, že nie je miestne príslušný na konanie nestotožnil, vzhľadom na skutočnosť, že matka sa s maloletým zdržiavala na adrese C. XX/A, A. od XX.XX.XXXX, kedy uzatvorila nájomnú zmluvu v ubytovni na dobu neurčitú. Nezávislým šetrením zamestnanca Úradu práce, sociálnych vecí a rodiny v Bratislave II zo dňa 27.07.2015 bolo zistené, že na predmetnej adrese sa matka maloletého zdržuje a vyhlásením zamestnanca Úrad práce, sociálnych vecí a rodiny v Bratislave II bola preukázaná skutočnosť, že Úrad práce, sociálnych vecí a rodiny v Bratislave monitoruje danú rodinu od septembra 2013. Z vyššie uvedených dôvodov by preto nebolo vhodné, aby funkciu kolízneho opatrovníka vykonával kolízny opatrovník so sídlom v Skalici, ale kolízny opatrovník so sídlom v Bratislave, pretože súdna ochrana o maloletých má byť k deťom čo najbližšie. Na základe uvedeného odvolací súd rozhodnutie súdu prvého stupňa podľa § 219 O.s.p. potvrdil. Poučenie: Proti tomuto uzneseniu nie je odvolanie prípustné.</w:t>
      </w:r>
    </w:p>
    <w:p/>
    <w:p>
      <w:r>
        <w:t>Zdroj: KAUZIS.SK – https://www.kauzis.sk/judikatura/r/ECLI:SK:KSBA:2015:1215213746.1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