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1Cob/248/2015 z 29. 10. 2015</w:t>
      </w:r>
    </w:p>
    <w:p>
      <w:r>
        <w:t>Uznesenie Krajského súdu Bratislava z 29. októbra 2015, sp. zn. 1Cob/248/2015, ECLI:SK:KSBA:2015:1308200770.1</w:t>
      </w:r>
    </w:p>
    <w:p>
      <w:r>
        <w:t>Súd: Krajský súd Bratislava</w:t>
      </w:r>
    </w:p>
    <w:p>
      <w:r>
        <w:t>Spisová značka: 1Cob/248/2015</w:t>
      </w:r>
    </w:p>
    <w:p>
      <w:r>
        <w:t>ECLI: ECLI:SK:KSBA:2015:1308200770.1</w:t>
      </w:r>
    </w:p>
    <w:p>
      <w:r>
        <w:t>Dátum vydania: 29. 10.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1Cob/248/2015 Identifikačné číslo súdneho spisu: 1308200770 Dátum vydania rozhodnutia: 30. 10. 2015 Meno a priezvisko sudcu, VSÚ: JUDr. Andrea Haitová ECLI: ECLI:SK:KSBA:2015:1308200770.1 Uznesenie Krajský súd v Bratislave v právnej veci navrhovateľa: Západoslovenská energetika, a. s., Čulenova 6, 816 47 Bratislava, IČO: 35 823 551, proti odporcovi: I. I., R.. XX. XX. XXXX, N. XX/X, XXX XX D., o zaplatenie 5.363,17 Eur, o odvolaní navrhovateľa a odporcu proti uzneseniu Okresného súdu Pezinok zo dňa 18. 06. 2015 č. k. 33Cb/257/2012-147, takto r o z h o d o l : Krajský súd v Bratislave uznesenie Okresného súdu Pezinok zo dňa 18. 06. 2015 č. k. 33Cb/257/2012-147 v napadnutých výrokoch, v ktorých uložil navrhovateľovi a odporcovi povinnosť zložiť preddavok na trovy spojené s vyhotovením znaleckého posudku v rovnakej výške 400,- Eur v lehote 15 dní odo dňa doručenia uznesenia z r u š u j e . o d ô v o d n e n i e : Súd prvého stupňa uznesením zo dňa 18. 06. 2015 č. k. 33Cb/257/2012-147 nariadil v predmetnej veci znalecké dokazovanie súdnym znalcom z odboru: Stavebníctvo, odvetvie: Odhad hodnoty nehnuteľností, a vypracovaním znaleckého posudku poveril X.. K. D., D. Č. X, XXX XX A. Q., zapísaného v zozname znalcov, tlmočníkov a prekladateľov vedenom Ministerstvom spravodlivosti Slovenskej republiky pod evidenčným číslom 914441. Za predmet znaleckého dokazovania súd v predmetnom uznesení určil stanovenie všeobecnej hodnoty nehnuteľností nachádzajúcich sa v katastrálnom území D., V. D., okres Senec, a to rodinného domu súpisné č. 59, postaveného na parcele č. 72, parcela registra "C" parcelné č. 72, druh pozemku - zastavané plochy a nádvoria, o výmere 511 m2 a parcela registra "C" parcelné č. 75/2, druh pozemku - záhrady, o výmere 505 m2, zapísaných na liste vlastníctva č. XXXX vedenom katastrálnym odborom Okresného úradu Senec, ku dňu smrti poručiteľa 10. 07. 2008 a ku dňu právoplatnosti osvedčenia o dedičstve č. k. 14D/244/2008-196, Dnot 323/2008, 18. 02. 2010. Súd prvého stupňa zároveň v napadnutých výrokoch uznesenia uložil navrhovateľovi a odporcovi povinnosť, aby v lehote 15 dní odo dňa doručenia uznesenia zložili preddavok na trovy spojené s vyhotovením znaleckého posudku v rovnakej výške 400,- Eur. V odôvodnení uviedol, že nakoľko pre rozhodnutie predmetnej veci o zaplatenie 5.363,17 Eur je potrebné stanovenie všeobecnej hodnoty nehnuteľností nadobudnutých odporcom v dedičskom konaní ku dňu smrti poručiteľa a ku dňu právoplatnosti osvedčenia o dedičstve č. k. 14D/244/2008-196, Dnot 323/2008, zo dňa 18. 02. 2010, a toto si vyžaduje odborné znalosti, súd vo veci nariadil znalecké dokazovanie podľa § 127 ods. 1 veta prvá O.s.p. a vypracovaním znaleckého posudku poveril súdneho znalca z odboru: Stavebníctvo, odvetvie: Odhad hodnoty nehnuteľností. Keďže súd nemal vedomosť o tom, že by účastníci konania spĺňali podmienky na priznanie oslobodenia od súdnych poplatkov a súčasne mal za to, že nariadenie znaleckého dokazovania je v ich záujme, súd uložil podľa § 141 ods. 1 O.s.p. obidvom účastníkom konania zložiť preddavok na trovy spojené s nariadeným znaleckým dokazovaním vo výške primeranej povahe úkonu, jeho rozsahu a náročnosti. Proti tomuto uzneseniu v častiach, v ktorých súd uložil navrhovateľovi a odporcovi povinnosť zložiť preddavok na trovy spojené s vyhotovením znaleckého posudku, podali navrhovateľ aj odporca v zákonnej lehote odvolanie. Navrhovateľ vo svojom odvolaní podanom z dôvodov podľa ust. § 205 ods. 2 písm. a) v spojení s ust. § 221 ods. 1 O.s.p. navrhol uznesenie súdu prvého stupňa vo výroku, v ktorom súd uložil navrhovateľovi povinnosť zložiť preddavok, zrušiť. Mal za to, že všeobecná hodnota nehnuteľností nadobudnutých odporcom v dedičskom konaní je známa z osvedčenia č. k. 14D/244/2008-196, Dnot 323/2008 zo dňa 18. 02. 2010, ktoré nadobudlo právoplatnosť dňa 18. 02. 2010. V tomto osvedčení (v II. bode časti A) Aktíva) bola nehnuteľnosť, o ktorej súd napadnutým uznesením nariadil znalecké dokazovanie (rodinný dom so súpisným č. 59, stojaci na parcele registra "C" parcelné č. 72, o výmere 511 m2, v súčasnosti zapísaný na LV č. XXXX, k. ú. D.) ohodnotená na základe odborného stanoviska znalca v odbore stavebníctvo X.. J. F. pod č. 170/2009 zo dňa 22. 08. 2009, pričom hodnota podielu 1/3, ktorý bol predmetom dedičstva, bola stanovená na sumu vo výške 18.600,- Eur. V tejto súvislosti navrhovateľ poukázal na uznesenie Najvyššieho súdu SR zo dňa 29. 09. 2010 sp. zn. 4Obo/74/2010, podľa ktorého: „Kto dedil a v akej hodnote, je známe a aj potvrdené rozhodnutím súdu o dedičstve alebo osvedčením o dedičstve, ktoré vydal notár. Z týchto rozhodnutí je zrejmé, v akej (čistej) hodnote dedič dedičstvo nadobudol.“ Navrhovateľ tiež poukázal na to, že znalec má v zmysle predmetného uznesenia vykonať ohliadku nehnuteľnosti a stanoviť jej všeobecnú hodnotu k 10. 07. 2008, t. j. 7 rokov spätne, ako aj k 18. 02. 2010, t. j. 5 rokov spätne, pričom navrhovateľovi nie je zrejmé, ako bude súd postupovať v prípade znaleckého posudku s dvoma rôznymi sumami, a to aj s ohľadom na skutočnosť, že cena nadobudnutého dedičstva je známa z osvedčenia o dedičstve. Na základe uvedených skutočností mal navrhovateľ za to, že uloženie trov na úhradu preddavkov na takéto znalecké dokazovanie nie je v záujme navrhovateľa, pričom výška preddavku nie je primeraná povahe úkonu, jeho rozsahu a náročnosti. Odporca svoje odvolanie odôvodnil tým, že z finančných dôvodov nie je v jeho silách uhradiť uložený preddavok jednorázovo. Uviedol, že disponuje znaleckým posudkom na predmetnú nehnuteľnosť, ktorá bola vyhotovená dňa 22. 08. 2009. Krajský súd ako súd odvolací (§ 10 ods. 1 O.s.p.) preskúmal uznesenie súdu prvého stupňa podľa § 212 ods. 1 O.s.p., prejednal odvolania podľa § 214 ods. 2 O.s.p. bez nariadenia odvolacieho pojednávania a dospel k záveru, že uznesenie súdu prvého stupňa je potrebné v napadnutých výrokoch o uložení povinnosti navrhovateľovi a odporcovi zložiť preddavok na trovy znaleckého dokazovania zrušiť. Podľa ust. § 141 ods. 1 O.s.p., súd môže uložiť účastníkovi, u ktorého nie sú podmienky pre oslobodenie od súdnych poplatkov, aby zložil preddavok na trovy dôkazu, ktorý navrhol alebo ktorý nariadil súd o skutočnostiach ním uvedených alebo v jeho záujme. Súd prvého stupňa napadnutými výrokmi uznesenia uložil navrhovateľovi a odporcovi povinnosť zložiť podľa ust. § 141 ods. 1 O.s.p. preddavok na trovy znaleckého dokazovania, ktoré súd nariadil za účelom stanovenia všeobecnej hodnoty nehnuteľností nadobudnutých odporcom v dedičskom konaní. Odvolací súd po preskúmaní týchto výrokov uznesenia dospel k záveru, že za daných okolností nebolo namieste postupovať podľa ust. § 141 ods. 1 O.s.p. a uložiť účastníkom konania povinnosť zložiť preddavok na trovy znaleckého dokazovania, pretože skutočnosť, v akej (čistej) hodnote odporca dedičstvo po pôvodnom odporcovi nadobudol, je známa a bola potvrdená v osvedčení č. k. 14D/244/2008-196, Dnot 323/2008 zo dňa 18. 02. 2010, ktoré nadobudlo právoplatnosť dňa 18. 02. 2010, a ktoré je založené na č. l. 66-68 spisu. Z tohto osvedčenia o dedičstve pritom vyplýva, že všeobecná cena rodinného domu so súpisným č. 59 a pozemku parcelné č. 72, o výmere 511 m2, zapísaných na LV č. XXX, k. ú. D., (resp. všeobecná cena spoluvlastníckeho podielu na týchto nehnuteľnostiach 1/3, ktorý bol súčasťou dedičstva) bola stanovená podľa odborného stanoviska znalca v odbore stavebníctvo X.. J. F. č. 170/2009 zo dňa 22. 08. 2009 (toto odborné stanovisko bolo odporcom doložené do spisu na č. l. 166-174). Nakoľko všeobecná hodnota odporcom v dedičskom konaní nadobudnutých nehnuteľností (ktorej stanovenie súd určil za predmet znaleckého dokazovania) bola už stanovená v súpise aktív a pasív dedičstva v rámci osvedčenia o dedičstve č. k. 14D/244/2008-196, Dnot 323/2008 zo dňa 18. 02. 2010, odvolací súd mal za to, že nie je možné považovať opätovné stanovenie všeobecnej hodnoty týchto nehnuteľností v nariadenom znaleckom dokazovaní za súladné so záujmami účastníkov z hľadiska hospodárnosti konania, pričom účastníci toto znalecké dokazovanie ani nenavrhli. Na základe uvedeného odvolací súd dospel k záveru, že pre rozhodovanie súdu podľa ust. § 141 ods. 1 O.s.p. v tomto prípade neexistovali dôvody, a preto odvolací súd uznesenie súdu prvého stupňa v napadnutých výrokoch, v ktorých súd uložil navrhovateľovi a odporcovi povinnosť zložiť preddavok na trovy spojené s vyhotovením znaleckého posudku, zrušil v zmysle § 221 ods. 1 písm. i) O.s.p. Podľa názoru odvolacieho súdu by bolo taktiež vhodné v ďalšom postupe súdu prvého stupňa preskúmať dôvodnosť nariadenia znaleckého dokazovania, ktorým výrokom predmetného uznesenia súd nie je viazaný v zmysle ust. § 170 ods. 2 O.s.p.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https://www.kauzis.sk/judikatura/r/ECLI:SK:KSBA:2015:1308200770.1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