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14Co/16/2014 z 27. 7. 2015</w:t>
      </w:r>
    </w:p>
    <w:p>
      <w:r>
        <w:t>Uznesenie Krajského súdu Bratislava z 27. júla 2015, sp. zn. 14Co/16/2014, ECLI:SK:KSBA:2015:1311209201.2</w:t>
      </w:r>
    </w:p>
    <w:p>
      <w:r>
        <w:t>Súd: Krajský súd Bratislava</w:t>
      </w:r>
    </w:p>
    <w:p>
      <w:r>
        <w:t>Spisová značka: 14Co/16/2014</w:t>
      </w:r>
    </w:p>
    <w:p>
      <w:r>
        <w:t>ECLI: ECLI:SK:KSBA:2015:1311209201.2</w:t>
      </w:r>
    </w:p>
    <w:p>
      <w:r>
        <w:t>Dátum vydania: 27.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14Co/16/2014 Identifikačné číslo súdneho spisu: 1311209201 Dátum vydania rozhodnutia: 28. 07. 2015 Meno a priezvisko sudcu, VSÚ: JUDr. Katarína Javorčíková ECLI: ECLI:SK:KSBA:2015:1311209201.2 Uznesenie Krajský súd v Bratislave v právnej veci navrhovateľa: Železnice Slovenskej republiky, Bratislava v skrátenej forme „ŽSR", so sídlom Klemensova 8, Bratislava, IČO: 31 364 501, proti odporcom: 1. U. Š., O.. X.X.XXXX, 2. X. Š., nar. XX.X.XXXX, 3. Y. Š., nar. XX.X.XXXX, 4. maloletá M. Š., nar. XX.X.XXXX, 5. maloletý R. Š., nar. XX.X.XXXX, maloleté deti zastúpené v konaní zákonnými zástupcami - odporcami v 1. a 2. rade, všetci odporcovia bytom Dopravná 53, Bratislava, o uloženie povinnosti vypratať nehnuteľnosť, o odvolaní odporcov v 1. až 5. rade voči rozsudku Okresného súdu Bratislava III v Bratislave zo dňa 22.7.2013, č.k. 17C/107/2011-70, pomerom hlasov 3:0, takto r o z h o d o l : Krajský súd v Bratislave odvolacie konanie o odvolaní odporcov v 1. až 5. rade voči rozsudku Okresného súdu Bratislava III v Bratislave zo dňa 22.7.2013, č.k. 17C/107/2011-70 z a s t a v u j e . Navrhovateľovi n e p r i z n á v a náhradu trov odvolacieho konania. o d ô v o d n e n i e : Napadnutým rozsudkom súd prvého stupňa uložil odporcom v 1., 2., 3., 4. a 5. rade povinnosť vypratať trojizbový byt č. X, prvej kategórie na prízemí domu na Y. Č.. XX v V. a odovzdať ho navrhovateľovi do 15 dní od právoplatnosti rozsudku bez poskytnutia bytovej náhrady, a to pod následkom exekúcie. Zároveň uložil odporcom v 1. až 5. rade povinnosť spoločne a nerozdielne zaplatiť navrhovateľovi náhradu trov konania vo výške 99,50 eur titulom súdneho poplatku, do 3 dní od právoplatnosti rozsudku pod následkom exekúcie. Proti tomuto rozsudku podali v zákonom stanovenej lehote odvolanie odporcovia v 1. až 5. rade. Pred otvorením odvolacieho pojednávania zobrali však odvolanie v celom rozsahu späť s tým, že im bol medzičasom pridelený sociálny byt. Z tohto dôvodu už ani nekontaktovali navrhovateľa za účelom uzavretia mimosúdnej dohody. Vzhľadom na to, že o odvolaní nebolo doposiaľ odvolacím súdom rozhodnuté, bolo možné ho vziať späť (§ 207 ods. 2 O.s.p.), a keďže zo strany odporcov v 1. až 5. rade došlo k účinnému späťvzatiu odvolania, v dôsledku čoho zanikol predmet odvolacieho konania, odvolací súd odvolacie konanie zastavil (§ 207 ods. 3 O.s.p.). O trovách odvolacieho konania rozhodol súd podľa § 224 ods. 1 a § 146 ods. 2 prvá veta O.s.p., podľa ktorého je povinný zaplatiť trovy konania účastník, ktorý zavinil zastavenie konania. Zastavenie odvolacieho konania v danom prípade zavinili odporcovia v 1. až 5. rade, ktorí vzali odvolanie späť skôr, ako o ňom bolo rozhodnuté. Navrhovateľ náhradu trov odvolacieho konania nežiadal, pretože mu v odvolacom konaní žiadne trovy nevznikli. Poučenie: Proti tomuto uzneseniu odvolanie nie je prípustné.</w:t>
      </w:r>
    </w:p>
    <w:p/>
    <w:p>
      <w:r>
        <w:t>Zdroj: KAUZIS.SK – https://www.kauzis.sk/judikatura/r/ECLI:SK:KSBA:2015:1311209201.2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