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7Co/239/2015 z 29. 4. 2015</w:t>
      </w:r>
    </w:p>
    <w:p>
      <w:r>
        <w:t>Uznesenie Krajského súdu Bratislava z 29. apríla 2015, sp. zn. 7Co/239/2015, ECLI:SK:KSBA:2015:1311215009.2</w:t>
      </w:r>
    </w:p>
    <w:p>
      <w:r>
        <w:t>Súd: Krajský súd Bratislava</w:t>
      </w:r>
    </w:p>
    <w:p>
      <w:r>
        <w:t>Spisová značka: 7Co/239/2015</w:t>
      </w:r>
    </w:p>
    <w:p>
      <w:r>
        <w:t>ECLI: ECLI:SK:KSBA:2015:1311215009.2</w:t>
      </w:r>
    </w:p>
    <w:p>
      <w:r>
        <w:t>Dátum vydania: 29. 4. 2015</w:t>
      </w:r>
    </w:p>
    <w:p>
      <w:r>
        <w:t>Forma: Uznesenie</w:t>
      </w:r>
    </w:p>
    <w:p>
      <w:pPr>
        <w:pStyle w:val="Heading2"/>
      </w:pPr>
      <w:r>
        <w:t>Text rozhodnutia</w:t>
      </w:r>
    </w:p>
    <w:p>
      <w:r>
        <w:t>Súd: Krajský súd Bratislava Spisová značka: 7Co/239/2015 Identifikačné číslo súdneho spisu: 1311215009 Dátum vydania rozhodnutia: 30. 04. 2015 Meno a priezvisko sudcu, VSÚ: JUDr. Alena Svetlovská ECLI: ECLI:SK:KSBA:2015:1311215009.2 Uznesenie Krajský súd v Bratislave v právnej veci navrhovateľky: U. L., bytom D. XX, I., proti odporcom: 1/ Ľ. L., bytom B. XX, I., 2/ O. L., bytom P. XXXX/X, I., o vyplatenie dedičského podielu, na odvolanie navrhovateľky proti uzneseniu Okresného súdu Bratislava III zo dňa 6. marca 2015, č. k. 6C 149/2011 - 92, takto r o z h o d o l : Odvolací súd odvolanie navrhovateľky o d m i e t a . Odporcom 1/ a 2/ náhradu trov odvolacieho konania nepriznáva. o d ô v o d n e n i e : Napadnutým uznesením súd prvého stupňa odmietol podanie navrhovateľky zo dňa 14. 12. 2011 v znení jeho doplnenia zo dňa 23. 10. 2014. Svoje rozhodnutie odôvodnil právne ust. § 43 ods. 1, 2 O. s. p. a vecne tým, že uznesením zo dňa 10. 11. 2014, č. k. 6C 149/2011 - 86 vyzval navrhovateľku, aby v lehote 15 dní odo dňa doručenia uznesenia odstránila vady podania spočívajúce v neúplnosti návrhu na začatie konania a doplnila ho o náležitosti podľa § 42 ods. 3 O. s. p. a § 79 ods. 1, 2 O. s. p., pričom predmetné uznesenie bolo navrhovateľke doručené dňa 18. 11. 2014. Uviedol, že nakoľko navrhovateľka vady podania neodstránila a pre tento nedostatok nebolo možné v konaní pokračovať, podanie navrhovateľky odmietol. Proti tomuto uzneseniu podala odvolanie navrhovateľka. Uviedla, že v mesiaci február 2015 požiadala Centrum právnej pomoci o konzultáciu s právnikom, pričom jej bol určený termín na 25. 3. 2015, ktorého sa však pre zlý zdravotný stav nemohla zúčastniť a bez právnej pomoci nemohla odstrániť vady podania vytýkané jej súdom prvého stupňa. Odvolací súd preskúmal vec podľa § 212 ods. 1 O. s. p. bez nariadenia odvolacieho pojednávania podľa § 214 ods. 2 O. s. p. a dospel k záveru, že odvolanie navrhovateľky je potrebné odmietnuť ako oneskorene podané. Podľa § 218 ods. 1 písm. a/ O. s. p., odvolací súd odmietne odvolanie, ktoré bolo podané oneskorene. Podľa § 204 ods. 1 O. s. p., odvolanie sa podáva do pätnástich dní od doručenia rozhodnutia na súde, proti rozhodnutiu ktorého smeruje. Ak bolo vydané opravné uznesenie, lehota plynie znovu od doručenia opravného uznesenia len v rozsahu vykonanej opravy. Podľa § 57 ods. 3 O. s. p., lehota je zachovaná, ak sa posledný deň lehoty urobí úkon na súde alebo podanie odovzdá orgánu, ktorý má povinnosť ho doručiť. Z obsahu spisu vyplýva, že napadnuté uznesenie súdu prvého stupňa bolo navrhovateľke účinne doručené dňa 16. marca 2015(pondelok) a dňom nasledujúcim po tomto dni začala navrhovateľke plynúť zákonom stanovená 15 - dňová lehota na podania odvolania proti uzneseniu. Posledný deň tejto lehoty pripadol na 31. marca 2015 (utorok). Nakoľko odvolanie navrhovateľky bolo osobne podané dňa 8. apríla 2015, tak bolo podané po uplynutí 15 - dňovej lehoty, t. j. oneskorene. Odvolací súd preto odvolanie navrhovateľky podľa § 218 ods. 1 písm. a/ O. s. p., ako podané oneskorene, odmietol. O náhrade trov odvolacieho konania rozhodol odvolací súd podľa § 146 ods. 2 veta prvá O. s. p. s použitím § 224 ods. 1 O. s. p. , keď zákon neobsahuje úpravu rozhodovania o trovách odvolacieho konania v prípade, že je odvolanie odmietnuté. V týchto prípadoch je preto potrebné o náhrade trov konania rozhodnúť podľa zhora citovaného ustanovenia, ktoré upravuje problematiku svojou povahou najbližšiu odmietnutiu odvolania, pretože i v tomto prípade konanie končí bez toho, aby odvolací súd rozhodoval o veci samej a to v dôsledku procesného zavinenia účastníka, ktorý podal odvolanie oneskorene. Tento účastník, v danom prípade navrhovateľka, je potom povinný uhradiť odporcom 1/ a 2/ trovy odvolacieho konania. V tomto prípade však odporcom 1/ a 2/ žiadne trovy odvolacieho konania nevznikli a preto im odvolací súd náhradu trov konania nepriznal. Toto rozhodnutie bolo prijaté senátom Krajského súdu v Bratislave pomerom hlasov 3:0 (§ 3 ods. 9 zák. č. 757/2004 Z. z. o súdoch a o zmene a doplnení niektorých zákonov v znení neskorších predpisov). Poučenie: Toto uznesenie nemožno napadnúť odvolaním.</w:t>
      </w:r>
    </w:p>
    <w:p/>
    <w:p>
      <w:r>
        <w:t>Zdroj: KAUZIS.SK – https://www.kauzis.sk/judikatura/r/ECLI:SK:KSBA:2015:1311215009.2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