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9Co/762/2014 z 8. 7. 2015</w:t>
      </w:r>
    </w:p>
    <w:p>
      <w:r>
        <w:t>Rozsudok Krajského súdu Bratislava z 8. júla 2015, sp. zn. 9Co/762/2014, ECLI:SK:KSBA:2015:1312213672.2</w:t>
      </w:r>
    </w:p>
    <w:p>
      <w:r>
        <w:t>Súd: Krajský súd Bratislava</w:t>
      </w:r>
    </w:p>
    <w:p>
      <w:r>
        <w:t>Spisová značka: 9Co/762/2014</w:t>
      </w:r>
    </w:p>
    <w:p>
      <w:r>
        <w:t>ECLI: ECLI:SK:KSBA:2015:1312213672.2</w:t>
      </w:r>
    </w:p>
    <w:p>
      <w:r>
        <w:t>Dátum vydania: 8. 7. 2015</w:t>
      </w:r>
    </w:p>
    <w:p>
      <w:r>
        <w:t>Forma: Rozsudok</w:t>
      </w:r>
    </w:p>
    <w:p>
      <w:r>
        <w:t>Oblasť práva: Občianske právo</w:t>
      </w:r>
    </w:p>
    <w:p>
      <w:pPr>
        <w:pStyle w:val="Heading2"/>
      </w:pPr>
      <w:r>
        <w:t>Text rozhodnutia</w:t>
      </w:r>
    </w:p>
    <w:p>
      <w:r>
        <w:t>Súd: Krajský súd Bratislava Spisová značka: 9Co/762/2014 Identifikačné číslo súdneho spisu: 1312213672 Dátum vydania rozhodnutia: 09. 07. 2015 Meno a priezvisko sudcu, VSÚ: JUDr. Roman Huszár ECLI: ECLI:SK:KSBA:2015:1312213672.2 ROZSUDOK V MENE SLOVENSKEJ REPUBLIKY Krajský súd v Bratislave v senáte zloženom z predsedu senátu JUDr. Romana Huszára a členiek senátu JUDr. Zuzany Posluchovej a JUDr. Magdalény Florekovej v právnej veci navrhovateľa: POHOTOVOSŤ, s.r.o., Bratislava, Pribinova č. 25, IČO: 35807598, zastúpený advokátskou kanceláriou Fridrich Paľko, s.r.o., Bratislava Grösslingova č. 4, IČO : 36864421, proti odporcovi: Slovenská republika - Ministerstvo spravodlivosti Slovenskej republiky, Župné námestie č. 13, Bratislava, o náhradu majetkovej škody a nemajetkovej ujmy, na odvolanie navrhovateľa proti rozsudku Okresného súdu Bratislava III zo dňa 22. júla 2014, č.k. 11 C 111/2012-59, pomerom hlasov 3:0 takto r o z h o d o l : Odvolací súd napadnutý rozsudok súdu prvého stupňa p o t v r d z u j e . Odporcovi náhradu trov odvolacieho konania nepriznáva. o d ô v o d n e n i e : Napadnutým rozsudkom súd prvého stupňa zamietol návrh navrhovateľa, ktorým sa voči odporcovi v konaniach vedených pod sp. zn. 11 C 111/2012, 11 C 112/2012, 11 C 113/2012 ( tieto boli spojené uznesením č.k. 11C/111/2012-20 zo dňa 6.8.2013 na spoločné konanie pod sp. zn. 11 C 111/2012), domáhal náhrady majetkovej škody a náhrady nemajetkovej ujmy, z titulu nesprávneho úradného postupu Okresného súdu Bratislava III v exekučných konaniach a rozhodol, že odporcovi nepriznal náhradu trov konania. Prvostupňový súd uviedol, že vykonaným dokazovaním a to oboznámením sa so spismi vedenými na Okresnom súde Bratislava III pod sp.zn. 36Er/353/2003, 36Er/2722/2002, 35Er/156/2005 zistil , že v konaní vedenom na tunajšom súde pod sp.zn. 36Er/353/2003 (Pohotovosť c/a K. I.) bola dňa 27.2.2003 súdu doručená žiadosť o udelenie poverenia na vykonanie exekúcie. Dňa 4.3.2003 súd poveril vykonaním exekúcie súdneho exekútora K.. S. Ď.. Dňa 2.11.2009 bol súdu doručený návrh na zmenu súdneho exekútora. Uznesením zo dňa 26.5.2010 súd rozhodol tak, že vyhovel návrhu navrhovateľa a vykonaním exekúcie poveril S.. W. J.. Zároveň rozhodol o trovách pôvodného exekútora. V konaní vedenom na tunajšom súde pod sp.zn. 36Er/2722/2002 (Pohotovosť c/a S. K.) bola dňa 14.10.2002 súdu doručená žiadosť o udelenie poverenia na vykonanie exekúcie. Dňa 24.10.2002 súd poveril vykonaním exekúcie súdneho exekútora S.. C. W.. Dňa 14.10.2009 bol súdu doručený návrh na zmenu súdneho exekútora. Uznesením zo dňa 26.5.2010 súd rozhodol tak, že vyhovel návrhu navrhovateľa a vykonaním exekúcie poveril S.. W. J.. Zároveň rozhodol o trovách pôvodného exekútora. V konaní vedenom na tunajšom súde pod sp.zn. 35Er/156/2005 (Pohotovosť c/a S. Š.) bola dňa 15.2.2005 súdu doručená žiadosť o udelenie poverenia na vykonanie exekúcie. Dňa 21.2.2005 súd poveril vykonaním exekúcie súdnu exekútorku S.. C. J.. Dňa 20.9.2010 bol súdu doručený návrh na zmenu súdneho exekútora. Uznesením zo dňa 26.11.2010 súd rozhodol tak, že vyhovel návrhu navrhovateľa a vykonaním exekúcie poveril S.. W. J.. Zároveň rozhodol o trovách pôvodného exekútora. Po právnej stránke svoje rozhodnutie odôvodnil ustanoveniami § 3 ods.1,2, § 5 ods.1, § 6 ods.1, § 9 ods.1, § 15 ods.1, § 17 ods.1,2 zákona č. 514/2003 Z.z. o zodpovednosti za škodu spôsobenú pri výkone verejnej moci a o zmene niektorých zákonov, ustanoveniami § 44 ods. 6 , § 238 ods.1,2 zákona č. 233/1995 Z.z. o súdnych exekútoroch a exekučnej činnosti v znení neskorších zmien a doplnkov ( ďalej len " Exekučný poriadok" ) keď uviedol, že nesprávnym úradným postupom sa zakladá objektívna zodpovednosť štátu, ktorej sa nemožno zbaviť a zodpovednosť predpokladá kumulatívne splnenie troch podmienok a to nesprávny úradný postup, vznik škody a príčinná súvislosť medzi nesprávnym úradným postupom a vznikom škody. Pretože úradný postup nie je spravidla možné v právnom predpise upraviť do najmenších podrobností, treba správnosť úradného postupu posudzovať aj z hľadiska účelu k dosiahnutiu, ktorého postup štátneho orgánu smeruje (rozsudok Najvyššieho súdu Slovenskej republiky sp.zn. 4Cdo 60/2003, ZSP 1/2004). K nesprávnemu úradnému postupu môže dôjsť nielen pri úkonoch v rámci činnosti, pri ktorej štátny orgán nerozhoduje, ale tiež v rámci jeho rozhodovacej činnosti. Nesprávnym úradný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(rozsudok Najvyššieho súdu Slovenskej republiky zo dňa 30.júna 2010, sp.zn. 5Cdo 126/2009). Prvostupňový súd poukázal nato, že v prejednávanom prípade ide o konanie začaté pred 1.9.2005, a preto vyvodil, že exekučný súd nebol povinný rozhodnúť o zmene exekútora do 30 dní odo dňa doručenia návrhu na zmenu exekútora, tak ako to tvrdil navrhovateľ. Nesprávny úradný postup nemal v tomto prípade založený na porušení ustanovení Exekučného poriadku. Súd prvého stupňa ďalej uviedol, že i v prípade alternatívy posúdenia postupu súdu z hľadiska zbytočných prieťahov za predpokladu posúdenia postupu súdu pri rozhodovaní o zmene exekútora ako konania so zbytočnými prieťahmi ( kedy nesprávny úradný postup by predstavoval vydanie rozhodnutia nie v primeranej lehote), nie je návrh navrhovateľa na náhradu majetkovej škody dôvodný. Poukazujúc na § 17 zákona č. 514/2003 Z.z. konštatoval, že v prejednávanom prípade si navrhovateľ uplatnil majetkovú škodu vzniknutú správou pohľadávok prostredníctvom pracovných výkonov jeho zamestnancov - takto vyčíslená škoda pritom nemá žiadnu príčinnú súvislosť s postupom súdu. Aj v prípade zmeny súdneho exekútora by navrhovateľovi vznikli náklady súvisiace so správou jeho pohľadávok, aj náklady na udržiavanie a správu informačného systému. Ani ostatná škoda vyčíslená navrhovateľom - administratívne spracovanie textov urgencií adresovaných súdu , náklady na poštovné a telekomunikačné náklady, jednak nebola v konaní preukázaná ( súčasťou súdneho exekučného spisu nie sú žiadne urgencie ani iná komunikácia navrhovateľa ) a jednak ani v tomto prípade navrhovateľ nepreukázal príčinnú súvislosť medzi ním tvrdenou škodou a postupom súdu. Súd prvého stupňa dospel k záveru, že v tomto prípade nedošlo k zmenšeniu majetku navrhovateľa ( s poukazom na rozhodnutie NS SR zo dňa 29.3.2007, sp.zn. 3Cdo/32/2007), ani k vynaloženiu iných nákladov, ktoré by navrhovateľ nemusel znášať aj v prípade, ak by súd o jeho návrhu rozhodol v kratšej lehote. V prejednávanom prípade absentuje príčinná súvislosť medzi navrhovateľom tvrdenou a vyčíslenou škodou a postupom súdu pri rozhodovaní o zmene exekútora. S tvrdením navrhovateľa, že postupom súdu bol vystavený riziku zániku povinného, riziku zmarenia účelu konania, či riziku insolventnosti povinného nesúhlasil poukazujúc na to, že exekútor môže začať vykonávať exekúciu udelením poverenia súdu na jej vykonanie. V posudzovanom prípade súd neodkladne po doručení žiadosti o udelenie poverenia na vykonanie exekúcie poveril vykonaním exekúcie súdneho exekútora, ktorý bol oprávnený ku všetkým krokom smerujúcim k vymoženiu pohľadávky navrhovateľa a zmena exekútora neovplyvnila ani účel konania, ani nemala bezprostredný vplyv na povinného. Pokiaľ ide o návrh v časti o zaplatenie nemajetkovej ujmy uviedol, že vznik zodpovednosti štátu za vznik nemajetkovej ujmy tiež predpokladá existenciu príčinnej súvislosti medzi nesprávnym úradným postupom a vznikom nemajetkovej ujmy. Nemajetková ujma predstavuje zásah do inej, ako majetkovej sféry poškodeného a môže predstavovať rôzne negatívne následky do osobnostnej integrity poškodeného vplývajúce na jeho česť, vážnosť, povesť, doterajší súkromný a pracovný život, rodinné vzťahy, spoločenské postavenie a podobne. Zákon pri určení výšky nemajetkovej ujmy neustanovuje žiadne kritériá, a tým ponecháva voľnú úvahu súdu, aby s ohľadom na konkrétne skutkové okolnosti každého individuálneho prípadu sám vymedzil skutočnosti významné pre určenie výšky náhrady. V danom prípade navrhovateľ nenavrhol žiadne dôkazy, ktorými by preukazoval nemajetkovú ujmu. Súd prvého stupňa potom dospel k záveru, že neexistuje príčinná súvislosť medzi navrhovateľom deklarovanou nemajetkovou ujmou, ktorá mu mala vzniknúť postupom súdu pri zmene súdneho exekútora a návrh navrhovateľa na zaplatenie nemajetkovej ujmy rovnako zamietol. O náhrade trov konania súd rozhodol podľa § 142 ods. 1 O.s.p. v zmysle ktorého súd prizná účastníkovi, ktorý mal vo veci plný úspech náhradu trov potrebných na účelné uplatňovanie alebo bránenie práva proti účastníkovi, ktorý vo veci úspech nemal. Úspešný odporca si náhradu trov konania neuplatnil, preto mu prvostupňový súd náhradu trov konania nepriznal. Proti uvedenému rozsudku podal v zákonom stanovenej lehote odvolanie navrhovateľ, ktorý žiadal napadnutý rozsudok súdu prvého stupňa zrušiť a vec vrátiť na ďalšie konanie.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Odporca sa k odvolaniu navrhovateľa písomne nevyjadril. Odvolací súd preskúmal vec podľa § 212 ods. 1 O.s.p. bez nariadenia ústneho pojednávania podľa § 214 ods. 3 O.s.p. ( rozsudok bol odvolacím súdom verejne vyhlásený podľa § 211 ods. 2 a § 156 ods. 3 O.s.p.) a dospel k záveru, že odvolanie navrhovateľa proti rozsudku nie je dôvodné.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Po oboznámením sa s obsahom spisu má odvolací súd zato, že súd prvého stupňa vykonal vo veci dokazovanie v dostatočnom rozsahu a riadne zistil skutkový stav veci v zmysle § 153 ods. 1 O.s.p.. Súd prvého stupňa správne postupoval, keď sa zameral na zisťovanie základných zákonných predpokladov pre priznanie náhrady škody a náhrady nemajetkovej ujmy v zmysle zákona č. 514/2003 Z.z. a dospel k správnemu záveru, že navrhovateľ, ktorého zaťažovalo dôkazné bremeno, v predmetnej veci nepreukázal naplnenie vyššie uvedených zákonných predpokladov vzniku zodpovednosti štátu za škodu spôsobenú pri výkone verejnej moci. Svoje rozhodnutie súd prvého stupňa aj patričným spôsobom odôvodnil / § 157 ods. 2, 3 O.s.p. / keď v odôvodnení svojho rozsudku sa vysporiadal so všetkými okolnosťami, na ktorých založil svoje rozhodnutie a ktoré boli pre jeho rozhodnutie podstatné a odvolací súd sa v zmysle § 219 ods. 2 O.s.p. v plnom rozsahu stotožňuje s odôvodnením napadnutého rozhodnutia. K odvolacím námietkam navrhovateľa odvolací súd uvádza, že súd za splnenia predpokladov uvedených v ustanovení § 101 ods. 2 O.s.p.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 V predmetnej veci navrhovateľ svoju žiadosť o zrušenie termínu pojednávania nariadeného na 22.7.2014, doručenú 16.5.2014, odôvodnil porušením zásady nestrannosti konajúceho súdu a sudcu. Pojednávanie žiadal zrušiť a konanie prerušiť až do právoplatného rozhodnutia Ústavného súdu Slovenskej republiky o ústavnej sťažnosti, predmetom ktorej je rozhodnutie o porušení práva navrhovateľa na zákonného sudcu a práva na nestranný súd a ktorej dôsledkom bude zrušenie rozhodnutia krajského súdu vo veci nevylúčenia sudcu povereného prejednaním veci. Súd prvého stupňa správne vyhodnotil žiadosť navrhovateľa na zrušenie či odročenie pojednávania ako nedôvodnú, nakoľko otázka nestrannosti konajúceho sudcu, ktorú navrhovateľ opätovne (a z totožných dôvodov ako v návrhu na začatie konania) namietal ústavnou sťažnosťou, už bola v konaní právoplatne vyriešená Krajským súdom v Bratislave ako nadriadeným súdom postupom podľa § 16 O.s.p., keď uzneseniami č.k. 2 NcC 296/2012-16 zo dňa 26.10.2012, č.k. 9 NcC 311/2012-13 zo dňa 25.10.2012 č.k. 8NcC/311/2012-11, zo dňa 23.10.2012, bolo rozhodnuté, že sudkyňa JUDr. Silvia Gandelová nie je vylúčená z prejednávania a rozhodovania v daných veciach.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K odvolacím námietkam navrhovateľa odvolací súd otázka nestrannosti konajúceho sudcu, ktorú navrhovateľ opätovne (a z totožných dôvodov ako v návrhu na začatie konania) namietal, už bola v konaní právoplatne vyriešená nie je vylúčená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Navrhovateľ nepoukázal na existenciu znaleckého posudku v návrhu na začatie konania a ani neskôr; neoznačil ho teda ako dôkaz na preukázanie svojich tvrdení (ani s tým, že ho založí po jeho vyhotovení) do vyhlásenia uznesenia, ktorým súd prvého stupňa skončil dokazovanie. Pokiaľ potom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Pokiaľ navrhovateľ v odvolaní namieta, že nebol oboznámený s obsahom dôkazov a prednesov, nemal možnosť sa k nim vyjadriť a nemal možnosť navrhnúť dôkazy, táto námietka nie je dôvodná. Súd prvého stupňa sa na preukázanie tvrdení navrhovateľa oboznámil s exekučnými spismi Okresného súdu Bratislava III sp.zn. 36Er/353/2003, 36Er/2722/2002, 35Er/156/2005, ktoré tvoria samotný právny a skutkový základ predmetného sporu. Súd prvého stupňa do rozhodnutia o veci samej poskytol navrhovateľovi dostatočný časový priestor predložiť, navrhnúť dôkazy, oboznámiť sa s dôkazmi nachádzajúcimi sa v spise a sám navrhovateľ z vlastného rozhodnutia tento priestor nevyužil.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bez uvedenia dôvodov (ospravedlniteľných) účastník nevyužije, takéto chovanie už zákonodarca nedovoľuje v odvolacom konaní zohľadniť v jeho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Právne bezvýznamným je aj tvrdenie navrhovateľa, že mu postupom súdu bola odňatá možnosť konať pred súdom, nakoľko v ďalšom priebehu konania chcel predložiť dôkazy o výške vzniknutej majetkovej škody, a to znalecký posudok, ktorého vypracovanie zabezpečil, nakoľko povinnosťou účastníka konania je podľa § 120 ods. 1 O.s.p. označiť dôkazy na preukázanie svojich tvrdení. Navrhovateľ si túto povinnosť nesplnil, keď na existenciu znaleckého posudku ani v návrhu na začatie konania nepoukázal a tento v priebehu prvostupňového konania (a napokon ani v odvolacom konaní) súdu nepredložil. Súd prvého stupňa preto správne rozhodol len na základe listinných dokladov predložených do momentu jeho rozhodnutia účastníkmi konania. V predmetnej veci súd prvého stupňa nevykonával dokazovanie z vlastnej iniciatívy, ako uviedol navrhovateľ v odvolaní, keď exekučné spisy označil ako dôkaz v návrhu na začatie konania samotný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K námietke navrhovateľa, že je nesprávny záver súdu prvého stupňa, že nepreukázal výšku škody a náhrady nemajetkovej umy odvolací súd dodáva, že súd prvého stupňa preto správne uviedol,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zákonnej lehote a nemohol preto z dôvodu jej nedodržania zažiť stratu dôvery v právo a v spravodlivé riešenie veci. Čo sa týka ďalších námietok, uvedených v odvolaní, tieto boli identické ako obrana pred súdom prvého stupňa, s ktorou sa v odôvodnení svojho rozhodnutia prvostupňový súd vysporiadal a závery ktoré prijal sú odvolacím súdom akceptovateľné. Navrhovateľ neprodukoval žiadne také dôkazy, ktoré by neboli predmetom posúdenia a hodnotenia súdom prvého stupňa a ktoré by mohli zvrátiť výsledky doteraz vykonaného dokazovania a právneho posúdenia. Skutočnosť, že sa navrhovateľ nestotožňuje s právnymi závermi prvostupňového súdu, nemôže viesť k záveru o ich zjavnej neodôvodnenosti a neznamená ani oprávnenie odvolacieho súdu nahradiť správne právne názory súdu prvého stupňa jeho vlastnými, len preto, že nezodpovedajú predstavám navrhovateľa o tom, ako má súd vo veci rozhodnúť, keď tento sa neodchýlil od znenia príslušných ustanovení právneho predpisu, ani nepoprel ich účel a význam. Záverom odvolací súd len dodáva, že odvolacou námietkou navrhovateľa, v ktorou reagoval na procesný postup súdu prvého stupňa nevyplývajúci z obsahu spisu a ani z odôvodnenia rozhodnutia ( námietka o tom, že konečné vydanie rozhodnutia vo veci samej súdom neprichádzalo do úvahy aj preto, že súd v rovnakom rozhodnutí súčasne rozhodol aj o zamietnutí návrhu navrhovateľa na prerušenie konania podľa § 109 ods.2 písm. c/ O.s.p., proti ktorému pripustil odvolanie) sa z tohto dôvodu ani nezaoberal. Odvolací súd z vyššie uvedených dôvodov napadnutý rozsudok ako vecne správny v zmysle § 219 ods. 1,2 O.s.p. potvrdil. O náhrade trov odvolacieho konania rozhodol odvolací súd podľa § 224 ods. 1 a § 142 ods. 1 O.s.p. tak, že v tomto konaní plne úspešnému odporcovi ich náhradu nepriznal pretože v zmysle § 151 ods. 1 O.s.p. absentoval návrh na ich priznanie. Poučenie: Proti tomuto rozsudku nie je možné podať odvolanie.</w:t>
      </w:r>
    </w:p>
    <w:p/>
    <w:p>
      <w:r>
        <w:t>Zdroj: KAUZIS.SK – https://www.kauzis.sk/judikatura/r/ECLI:SK:KSBA:2015:1312213672.2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