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8Co/860/2014 z 11. 5. 2015</w:t>
      </w:r>
    </w:p>
    <w:p>
      <w:r>
        <w:t>Rozsudok Krajského súdu Bratislava z 11. mája 2015, sp. zn. 8Co/860/2014, ECLI:SK:KSBA:2015:1312213900.2</w:t>
      </w:r>
    </w:p>
    <w:p>
      <w:r>
        <w:t>Súd: Krajský súd Bratislava</w:t>
      </w:r>
    </w:p>
    <w:p>
      <w:r>
        <w:t>Spisová značka: 8Co/860/2014</w:t>
      </w:r>
    </w:p>
    <w:p>
      <w:r>
        <w:t>ECLI: ECLI:SK:KSBA:2015:1312213900.2</w:t>
      </w:r>
    </w:p>
    <w:p>
      <w:r>
        <w:t>Dátum vydania: 11. 5. 2015</w:t>
      </w:r>
    </w:p>
    <w:p>
      <w:r>
        <w:t>Forma: Rozsudok</w:t>
      </w:r>
    </w:p>
    <w:p>
      <w:r>
        <w:t>Oblasť práva: Občianske právo</w:t>
      </w:r>
    </w:p>
    <w:p>
      <w:pPr>
        <w:pStyle w:val="Heading2"/>
      </w:pPr>
      <w:r>
        <w:t>Text rozhodnutia</w:t>
      </w:r>
    </w:p>
    <w:p>
      <w:r>
        <w:t>Súd: Krajský súd Bratislava Spisová značka: 8Co/860/2014 Identifikačné číslo súdneho spisu: 1312213900 Dátum vydania rozhodnutia: 12. 05. 2015 Meno a priezvisko sudcu, VSÚ: JUDr. Janka Gažovičová ECLI: ECLI:SK:KSBA:2015:1312213900.2 ROZSUDOK V MENE SLOVENSKEJ REPUBLIKY Krajský súd v Bratislave v senáte zloženom z predsedníčky senátu JUDr. Janky Gažovičovej a členov senátu JUDr. Moniky Holickej a JUDr. Ondreja Krajča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22. júla 2014, č.k. 11C 129/2012-65,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v konaniach vedených pôvodne pod sp. zn. 11C 129/2012, 11C 130/2012, 11C 131/2012 a 11C 132/2012, spojených na spoločné konanie pod sp. zn. 11C 129/2012 uznesením zo dňa 06.08.2013, č.k. 11C 129/2012-16; domáhal zaplatenia náhrady škody spolu vo výške 700 eur a nemajetkovej ujmy v celkovej výške 1.383 eur podľa zák. č. 514/2003 Z.z., o zodpovednosti za škodu spôsobenú pri výkone verejnej moci; a odporcovi náhradu trov konania nepriznal. Vychádzal zo zistenia, že v exekučnom konaní vedenom na Okresnom súde Bratislava IIII pod sp. zn. 36Er/2327/2002 v prospech navrhovateľa ako oprávneného proti povinnému U. B., požiadal navrhovateľ dňa 23.11.2010 o zmenu súdneho exekútora, o ktorej žiadosti rozhodol súd uznesením zo dňa 05.04.2011, ktorým jeho žiadosti vyhovel. Ďalej mal preukázané, že v exekučnom konaní vedenom na Okresnom súde Bratislava IIII pod sp. zn. 36Er/1263/2003 v prospech navrhovateľa ako oprávneného proti povinnej L. L., požiadal navrhovateľ dňa 02.11.2009 o zmenu súdneho exekútora, o ktorej žiadosti rozhodol súd uznesením zo dňa 21.06.2010, ktorým žiadosti navrhovateľa taktiež vyhovel. Aj v exekučnom konaní vedenom na Okresnom súde Bratislava IIII pod sp. zn. 36Er/1268/2003 v prospech navrhovateľa ako oprávneného proti povinnej I. Y., požiadal dňa 02.11.2009 navrhovateľ o zmenu súdneho exekútora, o ktorej žiadosti rozhodol súd uznesením zo dňa 21.06.2010, ktorým žiadosti navrhovateľa vyhovel. Rovnako v exekučnom konaní vedenom na Okresnom súde Bratislava IIII pod sp. zn. 36Er/1269/2003 v prospech navrhovateľa ako oprávneného proti povinnému T. Q., v ktorom navrhovateľ požiadal dňa 02.11.2009 o zmenu súdneho exekútora, rozhodol súd uznesením zo dňa 21.06.2010 tak, že žiadosti navrhovateľa vyhovel. Takto ustálený skutkový stav veci posúdil po právnej stránke podľa § 3 ods. 1 písm. d), § 17 zákona č. 514/2003 Z.z. o zodpovednosti za škodu spôsobenú pri výkone verejnej moci a o zmene niektorých zákonov a § 44, v znení účinnom do 01.09.2005, a § 238 Exekučného poriadku a dospel k záveru, že navrhovateľ nepreukázal splnenie zákonných predpokladov zodpovednosti štátu za škodu spôsobenú nesprávnym úradným postupom. Poukázal na to, že nakoľko v zmysle ust. § 238 Exekučného poriadku sa na predmetné exekučné konania vzťahovala právna úprava účinná do 01.09.2005, ktorá nestanovovala lehotu na rozhodnutie o zmene exekútora, exekučný súd v označených konaniach nebol povinný o žiadosti navrhovateľa o zmenu súdneho exekútora rozhodnúť v lehote 30 dní a preto sa navrhovateľom tvrdeného nesprávneho úradného postupu; spočívajúceho v nedodržaní zákonnej lehoty na rozhodnutie o žiadosti o zmenu exekútora; nedopustil. Dospel tiež k záveru, že navrhovateľ nepreukázal ani ďalší z predpokladov vzniku zodpovednosti za škodu; ktorým je existencia majetkovej škody; keď nepreukázal, že došlo k zmenšeniu jeho majetku, avšak ani urgencie, prípadne inú jeho korešpondenciu s exekučným súdom, v súvislosti s ktorými mu mali vzniknúť náklady. V tejto súvislosti poukázal i na rozhodnutie Najvyššieho súdu SR zo dňa 29.03.2007, sp. zn. 3Cdo 32/2007, v zmysle ktorého - nerozhodnutie o zmene súdneho exekútora síce môže mať za následok vznik zodpovednosti štátu, avšak len za škodu vzniknutú zmenšením majetku priamo spôsobeným týmto postupom; čo však navrhovateľ v konaní nepreukázal. K uplatnenému nároku na náhradu nemajetkovej ujmy uviedol, že nedodržanie zákonnom stanovenej lehoty samo o sebe nárok na náhradu nemajetkovej ujmy nezakladá a je povinnosťou navrhovateľa preukázať skutočnosti zakladajúce nárok na jej priznanie, pričom ani v tomto smere navrhovateľ dôkazné bremeno neuniesol, keď nepredložil žiadne dôkazy preukazujúce dopad tvrdeného nesprávneho úradného postupu v rôznych oblastiach jeho pôsobenia; a naviac nepreukázal ani príčinnú súvislosť medzi namietaným nesprávnym postupom exekučného súdu a vznikom nemajetkovej ujmy. O náhrade trov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vo vyjadrení k odvolaniu žiadal napadnutý rozsudok ako vecne správny potvrdiť, keď prvostupňový súd vykonal všetky navrhnuté dôkazy, správne ustálil skutkový stav veci, ktorý aj správne právne posúdil, a z dôvodu, že nedošlo k namietanému nesprávnemu úradnému postupu, návrh ako nedôvodný zamietol. Odvolacie námietky navrhovateľa považoval za neopodstatnené, nakoľko vo veci rozhodol zákonný a nestranný sudca, boli splnené všetky podmienky na prejednanie veci v neprítomnosti navrhovateľa (§ 101 ods. 2 O.s.p.) a súd prvého stupňa neodňal navrhovateľovi svojim postupom ani možnosť konať pred súdom.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 3 ods. 1 písm. d), § 17 zákona č. 514/2003 Z.z. o zodpovednosti za škodu spôsobenú pri výkone verejnej moci a o zmene niektorých zákonov a § 44, v znení účinnom do 01.09.2005, a § 238 Exekučného poriadku, svoje dôvody, pre ktoré návrhu navrhovateľa nevyhovel a neprihliadol tak na jeho námietky proti postupu Okresného súdu Bratislava III v exekučných veciach sp. zn. 36Er/2327/2002, 36Er/1263/2003, 36Er/1268/2003 a sp. zn. 36Er/1269/2003,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Súd prvého stupňa postupoval správne, keď v danej veci zisťoval základné predpoklady vzniku objektívnej zodpovednosti za škodu spôsobenú súdom v občianskom súdom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v exekučných konaniach vedených pod sp. zn. 36Er/2327/2002, 36Er/1263/2003, 36Er/1268/2003 a 36Er/1269/2003 k nesprávnemu úradnému postupu nedošlo, keď uvedený záver zodpovedá vykonaným dôkazom (§ 132 O.s.p.), nakoľko súd prvého stupňa vzal do úvahy všetky rozhodujúce skutočnosti tvrdené navrhovateľom, ako aj listinné dôkazy založené v spise a svoje skutkové závery založil na ich správnom zhodnotení, v ktorom postupe nebol zistený žiaden logický rozpor. Odvolací súd sa stotožnil so záverom súdu prvého stupňa, že exekučný súd v konaniach sp. zn. 36Er/2327/2002, 36Er/1263/2003, 36Er/1268/2003 a sp. zn. 36Er/1269/2003 nerozhodol o žiadostiach navrhovateľa o zmenu súdneho exekútora po uplynutí zákonnej lehoty 30 dní v zmysle ust. § 44 Exekučného poriadku, keď v danej veci exekučný súd nebol lehotou podľa § 44 ods. 6 Exekučného poriadku viazaný, nakoľko pre posúdenie otázky dodržania lehoty 30 dní na rozhodnutie o žiadosti súdneho exekútora podľa § 44 Exekučného poriadku je; s poukazom na ust. § 238 Exekučného poriadku; rozhodujúce znenie citovaného ustanovenia platného a účinného ku dňu začatia predmetných exekučných konaní; ktoré začali v roku 2002, reps. 2003, kedy zákon lehotu na rozhodnutie o zmene súdneho exekútora na základe žiadosti oprávneného neurčoval; a teda exekučný súd v danej veci nemohol o zmene súdneho exekútora v označených veciach rozhodnúť až po uplynutí zákonnej lehoty. Vecne správny je tiež záver prvostupňového súdu, že navrhovateľ v konaní nepreukázal vznik škody, keď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ako na to správne poukázal aj súd prvého stupňa;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konaniach sp. zn. 36Er/2327/2002, 36Er/1263/2003, 36Er/1268/2003 a 36Er/1269/2003 o jeho žiadosti o zmenu súdneho exekútora rozhodol skôr.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22.07.2014 v jeho neprítomnosti, odvolací súd ju považuje za nedôvodnú a účelovú, keďže navrhovateľ, resp. jeho právny zástupca, boli na toto pojednávanie riadne predvolaní už mesiaci máj 2014, pojednávania sa nezúčastnili a ani nepožiadali z dôležitého dôvodu o jeho odročenie; pričom o nezaujatosti vec prejednávajúcej zákonnej sudkyne rozhodol Krajský súd v Bratislave; a teda boli splnené všetky zákonné predpoklady (§ 101 ods. 2 O.s.p.) na prejednanie a rozhodnutie veci na pojednávaní dňa 22.07.2014 v jeho neprítomnosti. Nedôvodná je tiež odvolacia námietka navrhovateľa, že vo veci rozhodoval vylúčený sudca, keď; ako už bolo uvedené; o jeho námietke zaujatosti v preskúmavanej veci rozhodol Krajský súd v Bratislave, ktorý uzneseniami zo dňa 25.10.2012, č.k. 9NcC 278/2012-13 (vo veci sp. zn. 11C 129/2012), zo dňa 29.10.2012, č.k. 4NcC 279/2012-17 (vo veci sp. zn. 11C 130/2012), zo dňa 29.10.2012, č.k. 11NcC 281/2012-16 (vo veci sp. zn. 11C 131/2012) a zo dňa 25.10.2012, č.k. 6NcC 281/2012-18 (vo veci sp. zn. 11C 132/2012) zákonnú sudkyňu JUDr. Silviu Gandelovú v prejednávania a rozhodovania danej veci nevylúčil. Súdu prvého stupňa teda nemožno vytknúť žiadne procesné pochybenie ani pochybenie pri skutkovom a právnom posúdení nároku navrhovateľa na náhradu škody a nemajetkovej ujmy, ktorá mu mala vzniknúť nesprávnym úradným postupom exekučného súdu v konaniach vedených na Okresnom súde Bratislava III pod sp. zn. 36Er/2327/2002, 36Er/1263/2003, 36Er/1268/2003 a 36Er/1269/2003,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https://www.kauzis.sk/judikatura/r/ECLI:SK:KSBA:2015:1312213900.2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