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10Co/100/2015 z 29. 4. 2015</w:t>
      </w:r>
    </w:p>
    <w:p>
      <w:r>
        <w:t>Rozsudok Krajského súdu Bratislava z 29. apríla 2015, sp. zn. 10Co/100/2015, ECLI:SK:KSBA:2015:1312214166.3</w:t>
      </w:r>
    </w:p>
    <w:p>
      <w:r>
        <w:t>Súd: Krajský súd Bratislava</w:t>
      </w:r>
    </w:p>
    <w:p>
      <w:r>
        <w:t>Spisová značka: 10Co/100/2015</w:t>
      </w:r>
    </w:p>
    <w:p>
      <w:r>
        <w:t>ECLI: ECLI:SK:KSBA:2015:1312214166.3</w:t>
      </w:r>
    </w:p>
    <w:p>
      <w:r>
        <w:t>Dátum vydania: 29. 4. 2015</w:t>
      </w:r>
    </w:p>
    <w:p>
      <w:r>
        <w:t>Forma: Rozsudok</w:t>
      </w:r>
    </w:p>
    <w:p>
      <w:r>
        <w:t>Oblasť práva: Občianske právo</w:t>
      </w:r>
    </w:p>
    <w:p>
      <w:pPr>
        <w:pStyle w:val="Heading2"/>
      </w:pPr>
      <w:r>
        <w:t>Text rozhodnutia</w:t>
      </w:r>
    </w:p>
    <w:p>
      <w:r>
        <w:t>Súd: Krajský súd Bratislava Spisová značka: 10Co/100/2015 Identifikačné číslo súdneho spisu: 1312214166 Dátum vydania rozhodnutia: 30. 04. 2015 Meno a priezvisko sudcu, VSÚ: JUDr. Ayše Pružinec - Erenová ECLI: ECLI:SK:KSBA:2015:1312214166.3 ROZSUDOK V MENE SLOVENSKEJ REPUBLIKY Krajský súd v Bratislave v senáte zloženom z predsedníčky senátu JUDr. Ayše Pružinec Erenovej a členov senátu JUDr. Ľuboša Sádovského a JUDr. Branislava Krála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III, zo dňa 03. novembra 2014, č. k. 7C/151/2012 - 292, takto r o z h o d o l : Odvolací súd rozsudok súdu prvého stupňa p o t v r d z u j e . Žalovanému náhradu trov odvolacieho konania n e p r i z n á v a . o d ô v o d n e n i e : Súd prvého stupňa napadnutým rozsudkom zamietol návrhy vedené pôvodne pod sp. zn. 7C 151/2012, 7C 152/2012, 7C 153/2012, 7C 154/2012, 7C 155/2012, 7C 156/2012 a spojené na spoločné konanie pod sp. zn. 7C 151/2012, ktorými sa žalobca domáhal medzitýmnym rozsudkom určiť, že žalovaný je zodpovedný za vznik škody nesprávnym úradným postupom Okresného súdu Bratislava III, pretože nerozhodol o jeho návrhoch na zmenu súdneho exekútora v exekučných konaniach, v návrhoch vyšpecifikovaných, vedených pre pohľadávky žalobcu, ktoré vznikli nesplnením záväzkov vyplývajúcich zo zmlúv o úveroch jednotlivými dlžníkmi (povinnými): 1/ Q. F., Z.. XX.XX.XXXX (zmluva o úvere č. XXXXXXX), 2/ D. Š., Z.. XX.XX.XXXX (zmluva o úvere č. XXXXXXX), 3/ T. F., Z.. XX.XX.XXXX (zmluva o úvere č. XXXXXXX), 4/ T. E.C., Z.. XX.XX.XXXX (zmluva o úvere č. XXXXXXX), 5/ T. O., Z.. XX.XX.XXXX (zmluva o úvere č. XXXXXXX), 6/ U. O., Z.. XX.XX.XXXX (zmluva o úvere č. XXXXXXX) a zároveň rozsudkom žiadal uložiť žalovanému povinnosť zaplatiť mu titulom majetkovej škody sumu 175 eur a nemajetkovej ujmy sumu 331, 92 eur. Svoje rozhodnutie odôvodnil právne ust. § 3 ods. 1 písm. d), § 9 ods. 1, 2, § 16 ods. 4, § 17 ods. 1, 2, § 19 ods. 1 veta prvá, § 19 ods. 2, 3, časť IV zák. č. 514/2003 Z. z. o zodpovednosti za škodu spôsobenú pri výkone verejnej moci a o zmene niektorých zákonov v znení neskorších predpisov, § 442 ods. 1, 3 Občianskeho zákonníka a vecne nedôvodnosťou podaného návrhu, nakoľko žalobca vo všetkých návrhoch, spojných do tohto konania nepreukázal ani len základ sporu, t. j. zodpovednosť žalovaného za vznik škody, keď síce z chronológie obsahu jednotlivých exekučných spisov vyplýva, že k čiastočne oneskorenému vyhoveniu návrhom na zmenu exekútora došlo prevažne v dôsledku oneskoreného postúpenia exekučného, avšak nie vinou konajúceho súdu a preto žalovaný zodpovednosť nenesie. Uviedol, že sa stotožnil s tvrdením žalovaného, že v danom konaní súd nie je oprávnený skúmať tzv. prieťahy v konaní s tým, že podľa judikatúry i samotnej Ústavy SR je zrejmé, že „zbytočné prieťahy“ je pojem autonómny, ktorý nemožno vykladať a aplikovať len s ohľadom na v zákone ustanovené lehoty na vykonanie toho - ktorého úkonu sudcu alebo iného štátneho orgánu a porušenie práva na prerokovanie veci bez zbytočných prieťahov v zmysle čl. 48 ods. 2 ústavy nemožno vyvodzovať len zo skutočnosti, že štátny orgán dôsledne nepostupoval v zákonom ustanovených lehotách a poukázal na skutočnosť, že samotný žalobca bol nečinný, nakoľko nevyužil žiadne zákonné prostriedky na to, aby zabránil tzv. škode (lustrum sťažností v spornom období), ku vzniku ktorej podľa jeho tvrdenia, avšak ničím v konaní nepreukázaného, malo dôjsť, t. j. žalobca v konaní neuniesol dôkazné bremeno a nepreukázal ani príčinnú súvislosť medzi vznikom škody a ani jej vznik a nesprávnym úradným postupom žalovaného. Uviedol, že žalobca v konaní nepreukázal žiadnym dôkazným prostriedkom ním vyčíslenú škodu, ktorá mu mala vzniknúť v súvislosti so správou pohľadávky, výkonov zamestnancov, informačného systému, administratívy, urgencie a pod., keďže išlo len o všeobecné tvrdenia, ničím nepodložené s tým, že sa nezaoberal ani námietkou premlčania vznesenou žalovaným paušálne vo všetkých vyjadrenia v obdobných sporoch, nakoľko konkrétne tohto prípadu sa netýka. Rozhodnutie o trovách konania odôvodnil právne ust. § 142 ods. 1 O. s. p. a vecne tým, že úspešnému žalovanému náhradu trov konania nepriznal, nakoľko mu v konaní žiadne nevznikli.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(správne číslo konania)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rozhodol o poverení,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že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ako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Žalovaný sa k odvolaniu žalobcu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30. apríla 2015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Odvolací súd sa nestotožnil s tvrdením žalobcu v podanom odvolaní, že mu postupom súdu prvého stupňa, ktorý vo veci rozhodol napadnutým rozsudkom v jeho neprítomnosti podľa § 101 ods. 2 O. s. p. bola odňatá možnosť pred týmto súdom konať, nakoľko súd prvého stupňa v danej právnej veci nariadil pojednávanie na deň 08. 11. 2013 (odročené na neurčito) a na 03. 11. 2014 (predvolanie doručené právnemu zástupcovi žalobcu dňa 25. 09. 2014), pričom súdu prvého stupňa síce doručil dňa 08. 11. 2013 a dňa 30. 10. 2014 totožný návrh na zrušenie nariadeného pojednávania spojený s návrhom na prerušenie konania, avšak o odročenie pojednávania nepožiadal a svoju neprítomnosť neospravedlnil. Z uvedeného teda vyplýva, že žalobcovi ako účastníkovi konania bola súdom prvého stupňa daná možnosť sa vykonania procesných úkonov na pojednávaní zúčastniť a nakoľko sa žalobca na pojednávania nedostavil a ani nepožiadal z dôležitého dôvodu o ich odročenie, správne postupoval súd prvého stupňa, keď vec v jeho neprítomnosti prejednal a s prihliadnutím na obsah spisu, aj vo veci napadnutým rozsudkom rozhodol. Tvrdenie žalobcu v podanom odvolaní proti prvostupňovému rozsudku,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je nutné považovať za absolútne zmätočné a nesúladné s konaním súdu prvého stupňa, ktorý z obsahu spisu vyplýva, keďže prvostupňový súd pojednávanie vytýčené na 08. 11. 2013 odročil na neurčito práve z dôvodu potreby rozhodnúť o návrhu žalobcu na prerušenie konania, o ktorom rozhodol uznesením zo dňa 20. novembra 2013, č. k. 7C/151/2012 - 108 tak, že návrhu žalobcu na prerušenie konania nevyhovel a Krajský súd v Bratislave uznesením zo dňa 30. apríla 2014, č. k. 8Co/50/2014 - 130, žalobcom odvolaním napadnuté prvostupňové uznesenie potvrdil. Odvolací súd považuje za nutné uviesť, že uznesenie súdu prvého stupňa, ktorým nevyhovel návrhu žalobcu na prerušenie konania bolo doručené právnemu zástupcovi do vlastných rúk dňa 25. 11. 2013 a uznesenie Krajského súdu v Bratislave dňa 16. 07. 2014. Nebolo možné sa stotožniť ani s námietkou žalobcu, že vo veci nerozhodol zákonný sudca, nakoľko z obsahu spisu vyplýva, že Krajský súd v Bratislave uznesením zo dňa 25. októbra 2012, č. k. 6NcC/278/2012 - 22 rozhodol tak, že sudcovia Okresného súdu Bratislava III nie sú z prejednávania a rozhodovania veci vedenej na Okresnom súde Bratislava III pod sp. zn. 7C/151/2012 vylúčení, okrem sudkyne Okresného súdu Bratislava III JUDr. Nadeždy Weisovej, ktorú z prejednávania a rozhodovania veci vedenej pod sp. zn. 7C/151/2012 vylúčil. Zároveň považuje odvolací súd za potrebné upriamiť pozornosť žalobcu na skutočnosť, že o jeho ústavnej sťažnosti proti porušovaniu základných práv a slobôd podľa čl. 17 Ústavy Slovenskej republiky uznesením Krajského súdu v Bratislave, sp. zn. 6NcC/278/2012 rozhodol Ústavný Slovenskej republiky uznesením zo dňa 23. septembra 2013, č. k. IV. ÚS 596/25013 - 11 tak, že sťažnosť žalobcu odmietol pre nedostatok právomoci Ústavného súdu Slovenskej republiky na jej prerokovanie, takže aj daná námietka žalobcu v podanom odvolaní je absolútne právne irelevantná. Nebolo možné sa stotožniť ani s argumentáciou žalobcu, že nakoľko sa žalovaný k jeho žalobe napriek výzve súdu nevyjadril, bolo povinnosťou prvostupňového súdu vo veci rozhodnúť rozsudkom pre zmeškanie, keďže aj uvedená argumentácia žalobcu svedčí iba o tom, že mu priebeh tohto konania vôbec nie je známy, resp. opätovne uniklo jeho pozornosti, že dňa 13. 08. 2013 (viď č. l. 41 spisu) prevzal právny zástupca žalobcu nielen predvolanie na pojednávanie (na deň 08. 11. 2013), ale zároveň mu bolo doručené aj vyjadrenie žalovaného k žalobe, ktoré dňa 07. 08. 2013 žalovaný doručil prvostupňovému súdu. Súd prvého stupňa rozhodol vecne správne, keď návrh žalobcu na doplnenie dokazovania oboznámením sa s obsahom znaleckého posudku, ktorým má byť určená výška žalobcovej škody zamietol z dôvodu nadbytočnosti tohto dokazovania, nakoľko v konaní žalobca dôkazné bremeno neuniesol a príčinnú súvislosť medzi nesprávnym úradným postupom štátu a vznikom škody na jeho strane nepreukázal. Odvolací súd sa nestotožnil ani s tvrdením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Súd prvého stupňa zamietnutím žaloby žalobcu ako neopodstatnenej z dôvodu, že nie je daná zodpovednosť štátu - žalovaného podľa § 9 ods. 1, 2 zák. č. 514/2003 Z. z., vzhľadom na nepreukázanie kumulatívnych zákonných predpokladov objektívnej zodpovednosti štátu, t.j. popri podmienke nesprávneho úradného postupu štátu, resp. jeho orgánu plniaceho si svoje úlohy v rámci výkonu štátnej moci spočívajúcej v jeho nečinnosti, preukázanie vzniku škody, resp. nemajetkovej ujmy, ktorá mala žalobcovi vzniknúť, ako aj existencie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https://www.kauzis.sk/judikatura/r/ECLI:SK:KSBA:2015:1312214166.3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