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2Co/911/2014 z 28. 1. 2015</w:t>
      </w:r>
    </w:p>
    <w:p>
      <w:r>
        <w:t>Rozsudok Krajského súdu Bratislava z 28. januára 2015, sp. zn. 2Co/911/2014, ECLI:SK:KSBA:2015:1312214320.2</w:t>
      </w:r>
    </w:p>
    <w:p>
      <w:r>
        <w:t>Súd: Krajský súd Bratislava</w:t>
      </w:r>
    </w:p>
    <w:p>
      <w:r>
        <w:t>Spisová značka: 2Co/911/2014</w:t>
      </w:r>
    </w:p>
    <w:p>
      <w:r>
        <w:t>ECLI: ECLI:SK:KSBA:2015:1312214320.2</w:t>
      </w:r>
    </w:p>
    <w:p>
      <w:r>
        <w:t>Dátum vydania: 28. 1. 2015</w:t>
      </w:r>
    </w:p>
    <w:p>
      <w:r>
        <w:t>Forma: Rozsudok</w:t>
      </w:r>
    </w:p>
    <w:p>
      <w:r>
        <w:t>Oblasť práva: Občianske právo</w:t>
      </w:r>
    </w:p>
    <w:p>
      <w:pPr>
        <w:pStyle w:val="Heading2"/>
      </w:pPr>
      <w:r>
        <w:t>Text rozhodnutia</w:t>
      </w:r>
    </w:p>
    <w:p>
      <w:r>
        <w:t>Súd: Krajský súd Bratislava Spisová značka: 2Co/911/2014 Identifikačné číslo súdneho spisu: 1312214320 Dátum vydania rozhodnutia: 29. 01. 2015 Meno a priezvisko sudcu, VSÚ: JUDr. Ayše Pružinec - Erenová ECLI: ECLI:SK:KSBA:2015:1312214320.2 ROZSUDOK V MENE SLOVENSKEJ REPUBLIKY Krajský súd v Bratislave v senáte zloženom z predsedníčky senátu JUDr. Ayše Pružinec Erenovej a členov senátu JUDr. Aleny Svetlovskej a JUDr. Branislava Krála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III zo dňa 22. júla 2014, č. k. 11C/163/2012 - 60, takto r o z h o d o l : Odvolací súd rozsudok súdu prvého stupňa p o t v r d z u j e . Žalovanému náhradu trov odvolacieho konania n e p r i z n á v a . o d ô v o d n e n i e : Súd prvého stupňa napadnutým rozsudkom zamietol žalobu žalobcu, ktorou sa domáhal uložiť žalovanému povinnosť zaplatiť titulom majetkovej ujmy sumu 175 eur a titulom nemajetkovej ujmy sumu 387, 24 eur, ktorá žalobcovi vznikla nesprávnym úradným postupom Okresného súdu Bratislava III, keďže nerozhodol v zákonom stanovenej lehote o jeho návrhu na zmenu exekútora. Svoje rozhodnutie odôvodnil právne ust. § 3 ods. 1 písm. d), § 9, § 17 zák. č. 514/2003 Z. z. o zodpovednosti za škodu spôsobenú pri výkone verejnej moci a o zmene niektorých zákonov v znení neskorších predpisov, § 44 ods. 6, § 238 zák. č. 233/1995 (bez uvedenia zbierky zákonov) a vecne tým, že nakoľko v prejednávanom prípade ide o konanie, ktoré bolo začaté pred 01.09.2005, nebol súd povinný rozhodnúť o zmene exekútora do 30 dní odo dňa doručenia návrhu na zmenu exekútora, tak ako to tvrdil žalobca a preto nesprávny úradný postup nie je v tomto prípade založený na porušení ustanovenia Exekučného poriadku a zároveň tým, že žalobca nepreukázal existenciu príčinnej súvislosti medzi tvrdenou a vyčíslenou škodou a postupom súdu pri rozhodovaní o návrhu na zmenu súdneho exekútora. Uviedol, že by mohol uvažovať iba s alternatívou posúdenia postupu súdu z hľadiska zbytočných prieťahov a ak by aj posúdil postup súdu pri rozhodovaní o zmene exekútora ako konanie so zbytočnými prieťahmi, čiže nesprávny úradný postup by predstavoval vydanie rozhodnutia nie v primeranej lehote, návrh žalobcu na náhradu majetkovej škody, by nebol ani v tomto prípade dôvodný. Poukázal na skutočnosť, že žalobca si uplatnil majetkovú škodu, ktorá mala vzniknúť správou pohľadávok prostredníctvom pracovných výkonov jeho zamestnancov, avšak takto vyčíslená škoda nemá žiadnu príčinnú súvislosť s postupom súdu, keďže aj v prípade zmeny súdneho exekútora by žalobcovi vznikli náklady súvisiace so správou jeho pohľadávok, aj náklady na udržiavanie a správu informačného systému s tým, že ani ostatná škoda, ktorú žalobca vyčíslil za administratívne spracovanie textov urgencií adresovaných súdu a náklady na poštovné a telekomunikačné náklady, jednak neboli v konaní preukázané, nakoľko súčasťou súdneho exekučného spisu nie sú žiadne urgencie ani iná komunikácia žalobcu a jednak ani v tomto prípade žalobca príčinnú súvislosť medzi ním tvrdenou škodou a postupom súdu, nepreukázal. Uviedol, že k zmenšeniu majetku žalobcu, ani k vynaloženiu iných nákladov, ktoré by nemusel znášať aj v prípade, ak by súd o jeho návrhu rozhodol v kratšej lehote, nedošlo. Nestotožnil sa s tvrdením žalobcu, že postupom súdu bol vystavený riziku zániku povinného, riziku zmarenia účelu konania, či riziku insolventnosti povinného, nakoľko exekútor môže začať vykonávať exekúciu udelením poverenia súdu na jej vykonanie, pričom v danom prípade súd neodkladne po doručení žiadosti o udelenie poverenia na vykonanie exekúcie poveril vykonaním exekúcie súdneho exekútora, ktorý bol oprávnený ku všetkým krokom smerujúcim k vymoženiu pohľadávky žalobcu a zmena exekútora neovplyvnila ani účel konania, ani nemala bezprostredný vplyv na povinného. Poukázal na rozhodnutie Najvyššieho súdu Slovenskej republiky zo dňa 29.03.2007, sp. zn. 3Cdo 32/2007, v ktorom konštatoval, že nerozhodnutie o zmene exekútora v primeranej lehote môže mať za následok vznik zodpovednosti štátu len vo vzťahu k takému zmenšeniu majetku navrhovateľa, ktoré by bolo priamo a nesprostredkovane spôsobené iba týmto postupom a ak by aj súd nerozhodol o návrhu žalobcu na zmenu exekútora v primeranej lehote, nemôže len z titulu dopustenia sa uvedenej procesnej nesprávnosti, bez ďalšieho, zodpovedať za všetko, čo nastalo v čase po uplynutí primeranej lehoty, v ktorej mal súd rozhodnúť o návrhu na zmenu exekútora do rozhodnutia, a čo malo negatívny dopad na majetok účastníka konania. Zamietnutie žaloby v časti uplatneného nároku na zaplatenie nemajetkovej ujmy odôvodnil vecne tým, že žalobca nenavrhol žiadne dôkazy, ktorými by vznik nemajetkovej ujmy preukázal a zároveň tým, že príčinná súvislosť medzi žalobcom deklarovanou nemajetkovou ujmou, ktorá mu údajne vznikla a postupom súdu pri zmene exekútora neexistuje. Poukázal na skutočnosť, že vznik zodpovednosti štátu za vznik nemajetkovej ujmy predpokladá existenciu príčinnej súvislosti medzi nesprávnym úradným postupom a vznikom nemajetkovej ujmy, ktorá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 pričom zákon pri určení výšky nemajetkovej ujmy neustanovuje žiadne kritériá a tým ponecháva voľnú úvahu súdu, aby s ohľadom na konkrétne skutkové okolnosti každého individuálneho prípadu sám vymedzil skutočnosti významné pre určenie výšky náhrady. Zamietnutie návrhu na doplnenie dokazovania oboznámením sa so znaleckým posudkom, ktorý žalobca spracoval a ktorý vyčíslil výšku škody odôvodnil tým, že nakoľko v konaní príčinná súvislosť medzi nesprávnym úradným postupom a vznikom škody preukázaná nebola, bolo nadbytočné a nehospodárne výšku škody skúmať. Súd prvého stupňa v dôvodoch svojho rozhodnutia uviedol, že v súlade s ust. § 112 O. s. p. uznesením zo dňa 06. 08. 2013, č. k. 11C/163/2012 - 18 spojil na spoločné konanie konania vedené pod sp. zn. 11C/163/2012, 11C/164/2012 a sp. zn. 11C/165/2012. Rozhodnutie o trovách konania odôvodnil právne ust. § 142 ods. 1 O. s. p. a vecne tým, že úspešnému žalovanému v konaní náhradu trov nepriznal, nakoľko si ich neuplatnil.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rozhodol o poverení,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že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ako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Žalovaný sa k odvolaniu žalobcu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29. januára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Odvolací súd sa nestotožnil s tvrdením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20. 05. 2014 (predvolanie doručené právnemu zástupcovi žalobcu dňa 19. 03. 2014) a na 22. 07. 2014 (predvolanie doručené právnemu zástupcovi žalobcu dňa 30. 05. 2014), pričom súdu prvého stupňa síce doručil dňa 20. 05. 2014 a 16. 05. 2014 návrhy na zrušenie nariadeného pojednávania spojené s návrhom na prerušenie konania, avšak o odročenie pojednávania nepožiadal a svoju neprítomnosť neospravedlnil na ani jednom pojednávaní. Z uvedeného teda vyplýva, že žalobcovi ako účastníkovi konania bola súdom prvého stupňa daná možnosť sa vykonania procesných úkonov na pojednávaní zúčastniť a nakoľko sa žalobca na pojednávania nedostavil a ani nepožiadal z dôležitého dôvodu o ich odročenie, správne postupoval súd prvého stupňa, keď vec v jeho neprítomnosti prejednal a s prihliadnutím na obsah spisu, aj vo veci napadnutým rozsudkom rozhodol. Nebolo možné sa stotožniť ani s námietkou žalobcu, že vo veci nerozhodol zákonný sudca, nakoľko z obsahu spisu vyplýva, že Krajský súd v Bratislave uznesením zo dňa 26. októbra 2012, č. k. 5NcC/294/2012 - 12 rozhodol tak, že sudkyňa Okresného súdu Bratislava III, JUDr. Silvia Gandelová nie je z prejednávania a rozhodovania tejto veci vylúčená s tým, že odvolaciemu súdu je už z jeho predchádzajúcej rozhodovacej činnosti známe, že Ústavný súd Slovenskej republiky ústavné sťažnosti žalobcu v skutkovo a právne totožných veciach pre nedostatok svoje právomoci odmietal (napr. v konaniach vedených pod sp. zn. I. ÚS 92/2013, I. ÚS 293/2013, I. ÚS 355/2013, I. ÚS 264/2013, II. ÚS 392/2012, II. ÚS 460/2013, IV. ÚS 345/2013, IV. ÚS 346/2013, IV. ÚS 360/2013, IV. ÚS 518/2013 a ďalších), pričom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Súd prvého stupňa rozhodol vecne správne, keď návrh žalobcu na doplnenie dokazovania oboznámením sa s obsahom znaleckého posudku, ktorým má byť určená výška žalobcovej škody zamietol z dôvodu nadbytočnosti tohto dokazovania, nakoľko v konaní žalobca dôkazné bremeno neuniesol a príčinnú súvislosť medzi nesprávnym úradným postupom štátu a vznikom škody na jeho strane nepreukázal. Odvolací súd sa nestotožnil ani s tvrdením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kumulatívnych zákonných predpokladov objektívnej zodpovednosti štátu, t.j. popri podmienke nesprávneho úradného postupu štátu, resp. jeho orgánu plniaceho si svoje úlohy v rámci výkonu štátnej moci spočívajúcej v jeho nečinnosti, preukázanie vzniku škody, resp. nemajetkovej ujmy, ktorá mala žalobcovi vzniknúť, ako aj existencie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https://www.kauzis.sk/judikatura/r/ECLI:SK:KSBA:2015:1312214320.2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