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3Co/590/2014 z 28. 10. 2015</w:t>
      </w:r>
    </w:p>
    <w:p>
      <w:r>
        <w:t>Rozsudok Krajského súdu Bratislava z 28. októbra 2015, sp. zn. 3Co/590/2014, ECLI:SK:KSBA:2015:1312214337.2</w:t>
      </w:r>
    </w:p>
    <w:p>
      <w:r>
        <w:t>Súd: Krajský súd Bratislava</w:t>
      </w:r>
    </w:p>
    <w:p>
      <w:r>
        <w:t>Spisová značka: 3Co/590/2014</w:t>
      </w:r>
    </w:p>
    <w:p>
      <w:r>
        <w:t>ECLI: ECLI:SK:KSBA:2015:1312214337.2</w:t>
      </w:r>
    </w:p>
    <w:p>
      <w:r>
        <w:t>Dátum vydania: 28. 10. 2015</w:t>
      </w:r>
    </w:p>
    <w:p>
      <w:r>
        <w:t>Forma: Rozsudok</w:t>
      </w:r>
    </w:p>
    <w:p>
      <w:r>
        <w:t>Oblasť práva: Občianske právo</w:t>
      </w:r>
    </w:p>
    <w:p>
      <w:pPr>
        <w:pStyle w:val="Heading2"/>
      </w:pPr>
      <w:r>
        <w:t>Text rozhodnutia</w:t>
      </w:r>
    </w:p>
    <w:p>
      <w:r>
        <w:t>Súd: Krajský súd Bratislava Spisová značka: 3Co/590/2014 Identifikačné číslo súdneho spisu: 1312214337 Dátum vydania rozhodnutia: 29. 10. 2015 Meno a priezvisko sudcu, VSÚ: JUDr. Roman Bolebruch ECLI: ECLI:SK:KSBA:2015:1312214337.2 ROZSUDOK V MENE SLOVENSKEJ REPUBLIKY Krajský súd v Bratislave v senáte zloženom z predsedu senátu JUDr. Romana Bolebrucha a sudcov JUDr. Ing. Maria Dubaňa a JUDr. Zuzany Mališovej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III č.k. 6C/164/2012-27, zo dňa 29.4.2014 a proti uzneseniu Okresného súdu Bratislava III č.k. 6C/164/2012-8, zo dňa 5.10.2012,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a odporcovi nepriznal náhradu trov konania. V odôvodnení uviedol, že navrhovateľ sa návrhom na začatie konania domáhal zaplatenia 175 eur titulom majetkovej ujmy a 331,92 eura titulom nemajetkovej ujmy. Podľa návrhu navrhovateľ ako veriteľ zo zmluvy o úvere navrhol súdnemu exekútorovi vykonať exekúciu, ktorá vznikla neplnením záväzku z tejto zmluvy voči povinnému T. F.Č.. Súd poveril súdneho exekútora vykonaním exekúcie a udelil mu poverenie. Navrhovateľ neskôr podal návrh na zmenu exekútora a očakával, že ku zmene dôjde rozhodnutím súdu v zákonom stanovenej lehote. Podľa navrhovateľa mal súd rozhodnúť do 30 dní odo dňa doručenia návrhu na zmenu exekútora. Exekučný súd napriek tomu, že vec nevykazovala prvky nadmernej právnej zložitosti a nevyžadovala si spoluprácu s účastníkmi konania, nerozhodol o návrhu na zmenu súdneho exekútora v zákonom stanovenom čase. Majetková ujma vznikla navrhovateľovi ako náhrada účelne vynaložených nákladov spojených s jeho činnosťou uskutočňovanou vo veci správy a udržateľnosti pohľadávky v období, ktoré zbytočne uplynulo medzi doručením návrhu na zmenu súdneho exekútora a rozhodnutím o ňom. Podľa navrhovateľa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navrhovateľ odôvodnil skutočnosťou,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Podľa jeho názoru tento stav vyvolal u neho pocit frustrácie, úzkosti, nespravodlivosti, neistoty a nedôvery v právo a rovnosť v spoločnosti, zánik ďalších plánovaných podnikateľských aktivít a vytvorených podnikateľských plánov, hospodársku stratu, ovplyvnil podnikateľské postupy a spôsobil neistotu v plánovaní ďalších rozhodnutí, ktoré mohol prijať. Súd bol nečinný 203 dní, preto si uplatňuje titulom nemajetkovej ujmy sumu 331,92 eura (55,32 eura za mesiac). Súd prvého stupňa po oboznámení sa s obsahom spisu vedenom na Okresnom súde Bratislava III pod sp. zn. XXEr/XXXX/XXXX zistil, že dňa 4.2.2003 bola súdu doručená žiadosť o udelenie poverenia na vykonanie exekúcie. Dňa 10.2.2003 súd poveril vykonaním exekúcie súdneho exekútora Dr. Ľ. X., pričom 23.11.2010 bol súdu doručený návrh na zmenu súdneho exekútora o ktorom rozhodol uznesením zo dňa 9.6.2011 tak, že vyhovel návrhu navrhovateľa a vykonaním exekúcie poveril JUDr. J. A. (uznesenie nadobudlo právoplatnosť dňa 10.4.2013). Konštatoval, že do rozhodnutia súdu v tomto konaní poverenie pre exekútora nebolo vrátené. Súd prvého stupňa ďalej uviedol, že nesprávnym úradným postupom v zmysle § 9 ods. 1 zákona č. 514/2003 Z.z. 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takýmto postupom spôsobená škoda. Mal za to, že nesprávnym úradným postupom sa zakladá objektívna zodpovednosť štátu, ktorej sa v zmysle ustanovenia § 3 ods. 2 zákona č. 514/2003 Z.z. nemožno zbaviť. Zodpovednosť predpokladá kumulatívne splnenie troch podmienok a to nesprávny úradný postup, vznik škody a príčinná súvislosť medzi nesprávnym úradným postupom a vznikom škody. Podľa súdu prvého stupňa z ustanovenia § 44 ods. 6 Exekučného poriadku platného v čase začatia exekučného konania vyplýva, že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Uviedol, že ustanovenie § 44 Exekučného poriadku bolo novelizované a od 1.9.2005 bol súd povinný rozhodnúť o zmene exekútora do 30 dní od doručenia návrhu oprávneného na zmenu exekútora. Vychádzajúc z uvedeného zdôraznil, že nakoľko v prejednávanom prípade ide o konanie, ktoré bolo začaté pred 1.9.2005, súd nebol povinný rozhodnúť o zmene exekútora do 30 dní odo dňa doručenia návrhu na zmenu exekútora, tak ako to tvrdil navrhovateľ a dospel k záveru, že nesprávny úradný postup nie je v tomto prípade založený na porušení ustanovenia Exekučného poriadku. Súd prvého stupňa mal ďalej za to, že navrhovateľ zároveň nepreukázal splnenie druhého predpokladu zodpovednosti štátu za škodu, a to existenciu majetkovej škody a nemajetkovej ujmy; s poukazom na § 17 zákona č. 514/2003 Z.z. konštatoval, že v prejednávanom prípade si navrhovateľ uplatnil majetkovú škodu vzniknutú správou pohľadávok prostredníctvom pracovných výkonov jeho zamestnancov, pričom bol názoru, že takto vyčíslená škoda nemá príčinnú súvislosť s postupom súdu, nakoľko aj v prípade zmeny súdneho exekútora by navrhovateľovi vznikli náklady súvisiace so správou jeho pohľadávok a aj náklady na udržiavanie a správu informačného systému. Dospel k záveru, že ani ostatná škoda a to administratívne spracovanie textov urgencií adresovaných súdu a náklady na poštovné a telekomunikačné náklady neboli v konaní preukázané, keď súčasťou súdneho spisu nie sú žiadne urgencie ani iná komunikácia navrhovateľa a teda ani v tomto prípade navrhovateľ nepreukázal príčinnú súvislosť medzi ním tvrdenou škodou a postupom súdu. Mal za to, že nedošlo k zmenšeniu majetku navrhovateľa, ani k vynaloženiu iných nákladov, ktoré by navrhovateľ nemusel znášať aj v prípade, ak by súd o jeho návrhu rozhodol v kratšej lehote a uzavrel, že absentuje príčinná súvislosť medzi navrhovateľom tvrdenou a vyčíslenou škodou a postupom súdu pri rozhodovaní o zmene exekútora. Nesúhlasil s tvrdením navrhovateľa, že postupom súdu bol vystavený riziku zániku povinného, riziku zmarenia účelu konania, či riziku insolventnosti povinného, nakoľko súd neodkladne po doručení žiadosti o udelenie poverenia na vykonanie exekúcie poveril vykonaním exekúcie súdneho exekútora, ktorý bol oprávnený ku všetkým krokom smerujúcim k vymoženiu pohľadávky navrhovateľa a zmena exekútora neovplyvnila ani účel konania, ani nemala bezprostredný vplyv na povinného. K požadovanej náhrade nemajetkovej ujmy súd prvého stupňa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navrhovateľ nenavrhol žiadne dôkazy, ktorými by preukazoval nemajetkovú ujmu. Súd prvého stupňa dospel k záveru, že neexistuje ani príčinná súvislosť medzi navrhovateľom deklarovanou nemajetkovou ujmou, ktorá mu mala vzniknúť a postupom súdu pri zmene súdneho exekútora a návrh navrhovateľa na zaplatenie nemajetkovej ujmy ako nedôvodný zamietol. Keďže navrhovateľ nepreukázal splnenie ani jedného predpokladu zodpovednosti štátu za škodu spôsobenú nesprávnym úradným postupom, súd prvého stupňa návrh ako nedôvodný zamietol. O náhrade trov konania rozhodol podľa § 142 ods. 1 O.s.p. a úspešnému odporcovi, ktorý si náhradu trov konania neuplatnil, náhradu trov konania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29.10.2015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115a ods. 1, 2 O.s.p. na prejedanie veci samej nenariadil pojednávanie a o veci rozhodol len na základe listinných dokladov predložených účastníkmi konania. Podľa § 115a ods. 1, 2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Za drobný spor je treba považovať prípad, ak v priebehu konania dosiahne predmet konania sumu 1.000 eur (§ 200ea ods.1 O.s.p.). S poukazom na predmet konania ( nárok na zaplatenie sumy 175 eur titulom majetkovej ujmy a 331,92 eura titulom nemajetkovej ujmy) nemožno mať pochybnosť o tom, že predmetné konanie spĺňa zákonné kritériá pre jeho posúdenie ako drobného sporu. Preto pokiaľ súd prvého stupňa pri prejednaní veci využil možnosť postupu uvedeného v § 115a ods. 2 O.s.p. a vo veci nenariadil pojednávanie, neodňal svojim postupom možnosť účastníkov konať pred súdom. Z obsahu spisu tiež vyplýva, že miesto a čas verejného vyhlásenia rozsudku boli oznámené v lehote najmenej 5 dní pred jeho vyhlásením na úradnej tabuli súdu (§ 156 ods. 3 O.s.p.) a v súlade s § 21 ods. 2 zák. č. 36/2005 Z.z. o Spravovacom a kancelárskom poriadku bolo v rovnakej lehote zverejnené v elektronickej podobe na webovej stránke súdu. K otázke nestrannosti konajúceho sudcu, ktorú navrhovateľ opätovne (a z totožných dôvodov ako v návrhu na začatie konania) namietal ústavnou sťažnosťou, odvolací súd udáva, že táto už bola v konaní právoplatne vyriešená Krajským súdom v Bratislave ako nadriadeným súdom postupom podľa § 16 O.s.p., keď uznesením č.k. XNcC/XXX/XXXX-XX, zo dňa 23.10.2012 rozhodol, že sudcovia Okresného súdu Bratislava III (o.i. zákonná sudkyňa JUDr. Q. U.)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Neobstojí preto námietka navrhovateľa ohľadom porušenia práva na kontradiktórny súdny proces, keď súd prvého stupňa do rozhodnutia o veci samej poskytol navrhovateľovi dostatočný časový priestor predložiť, navrhnúť dôkazy, oboznámiť sa s dôkazmi nachádzajúcimi sa v spise a sám navrhovateľ z vlastného rozhodnutia tento priestor nevyužil. Navrhovateľ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V predmetnej veci súd prvého stupňa nevykonával dokazovanie z vlastnej iniciatívy, ako uviedol navrhovateľ v odvolaní, keď exekučný spis označil ako dôkaz v návrhu na začatie konania samotný navrhovateľ. Pokiaľ potom súd prvého stupňa pri zachovaní postupu podľa § 115a ods. 2 O.s.p. rozhodol len na základe listinných dokladov navrhnutých navrhovateľom v návrhu na začatie konania a predložených do momentu jeho rozhodnutia, nedošlo jeho postupom k porušeniu zásady kontradiktórnosti konania a ani k odňatiu práva na spravodlivý súdny proces.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argumentácii navrhovateľa namietajúcej rozhodnutie o návrhu na prerušenie konania v rozhodnutí o veci samej odvolací súd uvádza, že takýto postup súdu prvého stupňa v danom prípade uplatňovaný nebol; v predmetnej veci navrhovateľ nežiadal ani o zrušenie termínu pojednávania. Odvolací súd sa preto nezaoberal odvolacími námietkami navrhovateľa, v ktorých reagoval na procesný postup súdu prvého stupňa nevyplývajúci z obsahu spisu a ani z odôvodnenia napadnutého rozhodnutia (námietky o nevyhovení žiadosti navrhovateľa na odročenie pojednávania, námietka o tom, že konečné vydanie rozhodnutia vo veci samej neprichádzalo do úvahy aj preto, že súd v rovnakom rozhodnutí súčasne rozhodol o zamietnutí návrhu navrhovateľa na prerušenie konania podľa § 109 ods. 2 písm. c) O.s.p., proti ktorému pripustil odvolanie). Pokiaľ ide o právne posúdenie veci, má odvolací súd v názorovej zhodne so súdom prvého stupňa za to, že navrhovateľ nepreukázal splnenie žiadneho z predpokladov pre vznik zodpovednosti za škodu podľa zákona č. 514/2003 Z.z. Správne súd prvého stupňa dospel k záveru, že už prvý zákonný predpoklad, ktorým je nesprávny úradný postup, nebol splnený. Navrhovateľ odvodzuje svoj nárok na náhradu škody z nesprávneho úradného postupu exekučného súdu, ktorý nerozhodol o návrhu na zmenu súdneho exekútora v exekučnom konaní vedenom pre pohľadávku navrhovateľa v zákonom stanovenej lehote. Podľa ustanovenia § 238 ods. 1 Exekučného poriadku v znení účinnom ku dňu podania návrhu oprávneného na zmenu exekútora, konania začaté pred 1. septembrom 2005 sa dokončia podľa práva platného do 31. augusta 2005, ak odsek 2 neustanovuje inak. Podľa ustanovenia § 44 ods. 5 Exekučného poriadku (v znení platnom ku dňu začatia exekučného konania - 4.2.2003)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30-dňovou zákonnou lehotou od doručenia návrhu oprávneného na zmenu exekútora, a teda rozhodnutím o zmene exekútora až po jej uplynutí neporušil žiadnu zákonnú lehotu a nedošlo k žiadnemu nesprávnemu úradnému postupu. Vzhľadom na nesplnenie prvého z kumulatívnych predpokladov pre vznik zodpovednosti za škodu v zmysle zákona č. 514/2003 Z z., nebolo potrebné skúmať splnenie ďalších predpokladov. Odvolací súd však pre úplnosť dodáva, že sa stotožňuje aj so záverom súdu prvého stupňa, že navrhovateľ v konaní nepreukázal vznik ani výšku majetkovej škody.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30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na účet Okresného súdu Bratislava III súdny poplatok za námietku zaujatosti vo výške 66 eur. Proti uzneseniu podal navrhovateľ odvolanie a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a prejednal odvolanie bez nariadenia pojednávania podľa § 214 ods. 2 O.s.p.; dospel k záveru, že ani odvolanie navrhovateľa voči poplatkovej povinnosti za vznesenú námietku zaujatosti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sa vo veci necítili byť zaujatí, návrh navrhovateľa na nutnú delegáciu v zmysle § 12 ods. 1 O.s.p. musel byť z jeho strany podmienený vznesením námietky zaujatosti všetkých sudcov tohto súdu. Konanie o náhradu škody spôsobenej nezákonným rozhodnutím orgánu verejnej moci alebo jeho nesprávnym úradným postupom je síce oslobodené od súdnych poplatkov v zmysle § 4 ods. 1 písm. k) zák. č. 71/1992 Zb. v znení účinnom do 30.9.2012,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D.. Ú. XXX/XXXX).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https://www.kauzis.sk/judikatura/r/ECLI:SK:KSBA:2015:1312214337.2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