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10Co/202/2015 z 24. 6. 2015</w:t>
      </w:r>
    </w:p>
    <w:p>
      <w:r>
        <w:t>Rozsudok Krajského súdu Bratislava z 24. júna 2015, sp. zn. 10Co/202/2015, ECLI:SK:KSBA:2015:1312214404.3</w:t>
      </w:r>
    </w:p>
    <w:p>
      <w:r>
        <w:t>Súd: Krajský súd Bratislava</w:t>
      </w:r>
    </w:p>
    <w:p>
      <w:r>
        <w:t>Spisová značka: 10Co/202/2015</w:t>
      </w:r>
    </w:p>
    <w:p>
      <w:r>
        <w:t>ECLI: ECLI:SK:KSBA:2015:1312214404.3</w:t>
      </w:r>
    </w:p>
    <w:p>
      <w:r>
        <w:t>Dátum vydania: 24. 6. 2015</w:t>
      </w:r>
    </w:p>
    <w:p>
      <w:r>
        <w:t>Forma: Rozsudok</w:t>
      </w:r>
    </w:p>
    <w:p>
      <w:r>
        <w:t>Oblasť práva: Občianske právo</w:t>
      </w:r>
    </w:p>
    <w:p>
      <w:pPr>
        <w:pStyle w:val="Heading2"/>
      </w:pPr>
      <w:r>
        <w:t>Text rozhodnutia</w:t>
      </w:r>
    </w:p>
    <w:p>
      <w:r>
        <w:t>Súd: Krajský súd Bratislava Spisová značka: 10Co/202/2015 Identifikačné číslo súdneho spisu: 1312214404 Dátum vydania rozhodnutia: 25. 06. 2015 Meno a priezvisko sudcu, VSÚ: JUDr. Ayše Pružinec - Erenová ECLI: ECLI:SK:KSBA:2015:1312214404.3 ROZSUDOK V MENE SLOVENSKEJ REPUBLIKY Krajský súd v Bratislave v senáte zloženom z predsedníčky senátu JUDr. Ayše Pružinec Erenovej a členov senátu JUDr. Aleny Svetlovskej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06. marca 2015, č. k. 12C/170/2012 - 97,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titulom majetkovej ujmy sumu 175 eur a titulom nemajetkovej ujmy sumu 276, 60 eur, ktorá žalobcovi vznikla nesprávnym úradným postupom Okresného súdu Bratislava III, keďže nerozhodol v zákonom stanovenej lehote o jeho návrhu na zmenu exekútora. Svoje rozhodnutie odôvodnil právne ust. § 101 ods. 1, 2, § 115a ods. 2, § 200ea ods. 1, § 3 ods. 1 písm. d), § 3 ods. 2, § 9, § 17 zák. č. 514/2003 Z. z. o zodpovednosti za škodu spôsobenú pri výkone verejnej moci a o zmene niektorých zákonov v znení neskorších predpisov, § 44 ods. 6, § 238 zák. č. 233/1995 (bez uvedenia zbierky zákonov) o súdnych exekútoroch a exekučnej činnosti v znení neskorších predpisov a vecne tým, že nakoľko v prejednávanom prípade ide o konanie, ktoré bolo začaté pred 01.09.2005, nebol súd povinný rozhodnúť o zmene exekútora do 30 dní odo dňa doručenia návrhu na zmenu exekútora, tak ako to tvrdil žalobca a preto nesprávny úradný postup nie je v tomto prípade založený na porušení ustanovenia Exekučného poriadku a zároveň tým, že žalobca nepreukázal existenciu príčinnej súvislosti medzi tvrdenou a vyčíslenou škodou a postupom súdu pri rozhodovaní o návrhu na zmenu súdneho exekútora. Uviedol, že by mohol uvažovať iba s alternatívou posúdenia postupu súdu z hľadiska zbytočných prieťahov a ak by aj posúdil postup súdu pri rozhodovaní o zmene exekútora ako konanie so zbytočnými prieťahmi, čiže nesprávny úradný postup by predstavoval vydanie rozhodnutia nie v primeranej lehote, návrh žalobcu na náhradu majetkovej škody, by nebol ani v tomto prípade dôvodný. Poukázal na skutočnosť, že žalobca si uplatnil majetkovú škodu, ktorá mala vzniknúť správou pohľadávok prostredníctvom pracovných výkonov jeho zamestnancov, avšak takto vyčíslená škoda nemá žiadnu príčinnú súvislosť s postupom súdu, keďže aj v prípade zmeny súdneho exekútora by žalobcovi vznikli náklady súvisiace so správou jeho pohľadávok, aj náklady na udržiavanie a správu informačného systému s tým, že ani ostatná škoda, ktorú žalobca vyčíslil za administratívne spracovanie textov urgencií adresovaných súdu a náklady na poštovné a telekomunikačné náklady, jednak neboli v konaní preukázané, nakoľko súčasťou súdneho exekučného spisu nie sú žiadne urgencie ani iná komunikácia žalobcu a jednak ani v tomto prípade žalobca príčinnú súvislosť medzi ním tvrdenou škodou a postupom súdu, nepreukázal. Uviedol, že k zmenšeniu majetku žalobcu, ani k vynaloženiu iných nákladov, ktoré by nemusel znášať aj v prípade, ak by súd o jeho návrhu rozhodol v kratšej lehote, nedošlo. Nestotožnil sa s tvrdením žalobcu, že postupom súdu bol vystavený riziku zániku povinného, riziku zmarenia účelu konania, či riziku insolventnosti povinného, nakoľko exekútor môže začať vykonávať exekúciu udelením poverenia súdu na jej vykonanie, pričom v danom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Poukázal na rozhodnutie Najvyššieho súdu Slovenskej republiky zo dňa 29.03.2007, sp. zn. 3Cdo 32/2007, v ktorom konštatoval, že nerozhodnutie o zmene exekútora v primeranej lehote môže mať za následok vznik zodpovednosti štátu len vo vzťahu k takému zmenšeniu majetku navrhovateľa, ktoré by bolo priamo a nesprostredkovane spôsobené iba týmto postupom a ak by aj súd nerozhodol o návrhu žalobcu na zmenu exekútora v primeranej lehote, nemôže len z titulu dopustenia sa uvedenej procesnej nesprávnosti, bez ďalšieho, zodpovedať za všetko, čo nastalo v čase po uplynutí primeranej lehoty, v ktorej mal súd rozhodnúť o návrhu na zmenu exekútora do rozhodnutia, a čo malo negatívny dopad na majetok účastníka konania. Zamietnutie žaloby v časti uplatneného nároku na zaplatenie nemajetkovej ujmy odôvodnil vecne tým, že žalobca nenavrhol žiadne dôkazy, ktorými by vznik nemajetkovej ujmy preukázal a zároveň tým, že príčinná súvislosť medzi žalobcom deklarovanou nemajetkovou ujmou, ktorá mu údajne vznikla a postupom súdu pri zmene exekútora neexistuje. Poukázal na skutočnosť, že vznik zodpovednosti štátu za vznik nemajetkovej ujmy predpokladá existenciu príčinnej súvislosti medzi nesprávnym úradným postupom a vznikom nemajetkovej ujmy, ktorá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 pričom zákon pri určení výšky nemajetkovej ujmy neustanovuje žiadne kritériá a tým ponecháva voľnú úvahu súdu, aby s ohľadom na konkrétne skutkové okolnosti každého individuálneho prípadu sám vymedzil skutočnosti významné pre určenie výšky náhrady. Uviedol, že aby úvahy súdu neboli ponechané na jeho ľubovôľu, musia vychádzať zo skutkového stavu na základe vykonaného dokazovania. Poukázal na skutočnosť, že nakoľko znalecký posudok č. 1/2014 zo dňa 17.01.2014, vypracovaný znaleckým ústavom Ekonomickej univerzity v Bratislave nebol vypracovaný na danú prejednávanú vec a jedná sa len o všeobecný znalecký posudok bez bližšej špecifikácie ku konkrétnym konaniam, na jeho závery neprihliadal. Rozhodnutie o trovách konania odôvodnil právne ust. § 142 ods. 1 O. s. p. a vecne tým, že úspešnému žalovanému v konaní náhradu trov nepriznal, nakoľko si ich neuplatnil.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S poukazom na čl. 6 Dohovoru (bez uvedenia úplného názvu) a Nález Ústavného súdu SR, sp. zn. III. ÚS 36/2010 zdôraznil, že právo na spravodlivý proces vyžaduje, aby rozhodnutie súdu bolo odôvodnené, nakoľko z odôvodnenia rozsudku nie je zrejmé, akou úvahou súd dospel jednoznačne a nepochybne k presvedčeniu, že majetková škoda a nemajetková ujma nevznikli. V tejto súvislosti namietal nesúlad právnych záverov súdu s vykonanými skutkovými zisteniami, na základe čoho treba považovať napadnuté rozhodnutie za rozporné s poukazom na čl. 6 ods. 1 Dohovoru o ochrane ľudských práv a základných slobôd a Nález Ústavného súdu Slovenskej republiky sp. zn. I. ÚS 243/07 zo dňa 19. júna 2008. Zároveň poznamenal, že so zreteľom na jedinečnosť skutkového základu v tomto konaní, súd odôvodnil svoje rozhodnutie dôvodmi opísanými tými istými vetami ako v prípade iných rozhodnutí s rovnakými účastníkmi konania, neprihliadajúc na rozdielnosť ich skutkového základu.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V závere odvolania žalobca podotýka, že súd bol povinný pred samotným rozhodnutím vo veci samej rozhodnúť o jeho návrhu na prerušenie konania z dôvodu prebiehajúceho konania Ústavného súdu Slovenskej republiky o prejudiciálnej otázke, týkajúcej sa porušenia práva žalobcu na zákonného sudcu a práva na nestranný súd. Žalovaný sa k odvolaniu žalobcu nevyjadril.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(nebolo potrebné zopakovať alebo doplniť dokazovanie, nejde o konanie vo veciach porušenia zásady rovnakého zaobchádzania a nevyžadoval to dôležitý verejný záujem) a rozsudok verejne vyhlásil dňa 25. júna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Nebolo možné sa stotožniť s námietkou žalobcu, že vo veci nerozhodol zákonný sudca, nakoľko z obsahu spisu vyplýva, že Krajský súd v Bratislave uznesením zo dňa 29. októbra 2012, č. k. 14NcC/357/2012 - 14 rozhodol tak, že sudkyňa Okresného súdu Bratislava III v Bratislave JUDr. Viera Sládečková nie je z prejednávania a rozhodovania tejto veci vylúčená s tým, že odvolaciemu súdu je už z jeho predchádzajúcej rozhodovacej činnosti známe, že Ústavný súd Slovenskej republiky ústavné sťažnosti žalobcu v skutkovo a právne totožných veciach pre nedostatok svoje právomoci odmietal (napr. v konaniach vedených pod sp. zn. I. ÚS 92/2013, I. ÚS 293/2013, I. ÚS 355/2013, I. ÚS 264/2013, II. ÚS 392/2012, II. ÚS 460/2013, IV. ÚS 345/2013, IV. ÚS 346/2013, IV. ÚS 360/2013, IV. ÚS 518/2013 a ďalších), pričom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Odvolací súd považuje za nevyhnutné uviesť, že žalobcovi, namietajúceho, že v posudzovanej veci rozhodol nezákonný sudca musí byť jednoznačne známe, že o jeho ústavnej sťažnosti proti porušovaniu základných práv a slobôd uznesením Krajského súdu v Bratislave zo dňa 29. októbra 2012, sp. zn. 14NcC/357/2012 rozhodol Ústavný súd Slovenskej republiky uznesením zo dňa 06. novembra 2014 (6 mesiacov pred podaním odvolania žalobcom proti rozsudku súdu prvého stupňa), sp. zn. II. ÚS 745/2014 - 10 tak, že jeho sťažnosť odmietol. Právne bezvýznamným je tvrdenie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28. 05. 2014 (elektronickým podaním zo dňa 26. 05. 2014 právny zástupca žalobcu doručil súdu návrh na zrušenie pojednávania spojený s návrhom na prerušenie konania spolu s ústavnou sťažnosťou) a dňa 23. 02. 2015 oznámil, že dňa 06. 03. 2015 sa podľa § 156 ods. 3 O. s. p. uskutoční verejné vyhlásenie rozsudku. Súd prvého stupňa dospel k správnemu záveru, keď na závery znaleckého posudku zo dňa 17.01.2014, č. 1/2014, vypracovaného znaleckým ústavom Ekonomickej univerzity na posúdenie činnosti a ekonomickej náročnosti spojených s vymáhaním pohľadávok žalobcu ako aj činnosti, ktoré boli uskutočňované v súvislosti s nesprávnym úradným postupom exekučných okresných súdov Slovenskej republiky neprihliadal, keď tieto rozhodli resp. nerozhodli o žiadosti o nevydaní poverenia na vykonanie exekúcie, neskoro rozhodli resp. nerozhodli o vydaní poverenia na vykonanie exekúcie a neskoro rozhodli resp. nerozhodli o návrhu na zmenu exekútora, nakoľko znalecký ústav sa nezaoberal majetkovou škodou, vzniknutou žalobcovi v súvislosti s nesprávnym úradným postupom, keďže posudok nebol vypracovaný na danú prejednávanú vec a nevypovedá o skutočnej výške škody, ktorá mala údajne žalobcovi v predmetných exekučných konaniach vzniknúť, čím vykazuje znaky iba všeobecného znaleckého posudku.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Nebolo možné sa stotožniť ani s námietkou žalobcu v podanom odvolaní, že súd prvého stupňa bol povinný pred samotným rozhodnutím vo veci samej rozhodnúť o jeho návrhu na prerušenie konania z dôvodu prebiehajúceho konania o ústavnej sťažnosti, nakoľko uniklo zrejme pozornosti žalobcu, že o tomto návrhu rozhodol súd prvého stupňa uznesením zo dňa 28. mája 2014, č. k. 12C/170/2012-66 tak, že návrh na prerušenie konania zamietol a uvedené rozhodnutie v spojení s uznesením Krajského súdu v Bratislave zo dňa 19. decembra 2014, č. k. 14Co/562/2014 - 91 nadobudlo dňa 13. 02. 2015 právoplatnosť. Tvrdenie žalobcu v podanom odvolaní, že povinnosťou prvostupňového súdu bolo vo veci rozhodnúť rozsudkom pre zmeškanie, nakoľko sa žalovaný k jeho žalobe napriek výzve súdu nevyjadril, svedčí iba o tom, že mu priebeh tohto konania vôbec nie je známy, resp. opätovne uniklo jeho pozornosti, že dňa 09. 05. 2014 (viď č. l. 45 spisu) prevzal právny zástupca žalobcu nielen predvolanie na pojednávanie (na deň 28. 05. 2014), ale zároveň mu bolo doručené aj vyjadrenie žalovaného k žalobe, ktoré dňa 28. 04. 2014 žalovaný doručil prvostupňovému súdu.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https://www.kauzis.sk/judikatura/r/ECLI:SK:KSBA:2015:1312214404.3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