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8Cob/244/2014 z 4. 2. 2015</w:t>
      </w:r>
    </w:p>
    <w:p>
      <w:r>
        <w:t>Opravné uznesenie Krajského súdu Bratislava z 4. februára 2015, sp. zn. 8Cob/244/2014, ECLI:SK:KSBA:2015:1313201460.2</w:t>
      </w:r>
    </w:p>
    <w:p>
      <w:r>
        <w:t>Súd: Krajský súd Bratislava</w:t>
      </w:r>
    </w:p>
    <w:p>
      <w:r>
        <w:t>Spisová značka: 8Cob/244/2014</w:t>
      </w:r>
    </w:p>
    <w:p>
      <w:r>
        <w:t>ECLI: ECLI:SK:KSBA:2015:1313201460.2</w:t>
      </w:r>
    </w:p>
    <w:p>
      <w:r>
        <w:t>Dátum vydania: 4. 2.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8Cob/244/2014 Identifikačné číslo súdneho spisu: 1313201460 Dátum vydania rozhodnutia: 05. 02. 2015 Meno a priezvisko sudcu, VSÚ: JUDr. Blažena Hirnerová ECLI: ECLI:SK:KSBA:2015:1313201460.2 Opravné uznesenie Krajský súd v Bratislave v právnej veci navrhovateľa: AM TRANSPORT, s.r.o., so sídlom 029 55 Novoť 170, IČO: 45 337 560, zastúpený: advokátskou kanceláriou AKWH Legal, s.r.o., so sídlom Miletičova 1, 821 08 Bratislava, IČO: 36 862 134, v mene ktorej koná JUDr. Tibor Bernaťák, advokát, proti odporcovi: DEFEKTOSPOL SK s.r.o., so sídlom Pekárska 11, 917 01 Trnava, IČO: 36 850 683, o zaplatenie 300 eur s príslušenstvom, o odvolaní odporcu proti rozsudku Okresného súdu Bratislava III č.k. 29Cb/62/2013-45 zo dňa 10.01.2014, takto r o z h o d o l : Rozsudok vydaný Krajským súdom v Bratislave pod č.k. 8 Cob/244/2014-40 zo dňa 30.10.2014 sa opravuje - v časti záhlavia tak, že správne znie: „Krajský súd v Bratislave v senáte zloženom z predsedníčky JUDr. Blaženy Hirnerovej a členiek JUDr. Tatiany Pastierikovej a JUDr. Eleny Kúšovej v právnej veci navrhovateľa: AM TRANSPORT, s.r.o., so sídlom 029 55 Novoť 170, IČO: 45 337 560, zastúpený: advokátskou kanceláriou AKWH Legal, s.r.o., so sídlom Miletičova 1, 821 08 Bratislava, IČO: 36 862 134, v mene ktorej koná JUDr. Tibor Bernaťák, advokát, proti odporcovi: DEFEKTOSPOL SK s.r.o., so sídlom Pekárska 11, 917 01 Trnava, IČO: 36 850 683, o zaplatenie 300 eur s príslušenstvom, o odvolaní odporcu proti rozsudku Okresného súdu Bratislava III č.k. 29Cb/62/2013-45 zo dňa 10.01.2014, takto“ - v časti výroku tak, že prvá veta správne znie: „Krajský súd v Bratislave rozsudok Okresného súdu Bratislava III č.k. 29Cb/62/2013-45 zo dňa 10.01.2014 p o t v r d z u j e a d o p ĺ ň a takto ... “ o d ô v o d n e n i e : Krajský súd v Bratislave v záhlaví a vo výroku rozsudku č.k. 8 Cob/244/2014-40 uviedol pri rozsudku Okresného súdu Bratislava III, o ktorom rozhodoval, číslo konania 24Cb/62/2013-45 zo dňa 10.01.2014. Nakoľko po vydaní rozsudku prvostupňový súd uznesením č.k. 29Cb/62/2013-54 zo dňa 29.05.2014 opravil svoj rozsudok č.k. 24Cb/62/2013-45 tak, že správne má byť ako číslo konania uvedené 29Cb/62/2013-45, bolo potrebné v tomto rozsahu opraviť aj rozsudok odvolacieho súdu. Podľa § 164 O.s.p. súd kedykoľvek aj bez návrhu opraví v rozsudku chyby v písaní a počítaní, ako aj iné zrejmé nesprávnosti. O oprave vydá opravné uznesenie, ktoré doručí účastníkom. Toto uznesenie bolo členmi senátu prijaté pomerom hlasov 3:0 (§ 3 ods. 9 tretia veta zák. č. 757/2004 Z.z. v znení neskorších predpisov). Poučenie: Proti tomuto uzneseniu odvolanie nie je prípustné.</w:t>
      </w:r>
    </w:p>
    <w:p/>
    <w:p>
      <w:r>
        <w:t>Zdroj: KAUZIS.SK – https://www.kauzis.sk/judikatura/r/ECLI:SK:KSBA:2015:1313201460.2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