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8Cob/244/2014 z 12. 4. 2015</w:t>
      </w:r>
    </w:p>
    <w:p>
      <w:r>
        <w:t>Uznesenie Krajského súdu Bratislava z 12. apríla 2015, sp. zn. 8Cob/244/2014, ECLI:SK:KSBA:2015:1313201460.3</w:t>
      </w:r>
    </w:p>
    <w:p>
      <w:r>
        <w:t>Súd: Krajský súd Bratislava</w:t>
      </w:r>
    </w:p>
    <w:p>
      <w:r>
        <w:t>Spisová značka: 8Cob/244/2014</w:t>
      </w:r>
    </w:p>
    <w:p>
      <w:r>
        <w:t>ECLI: ECLI:SK:KSBA:2015:1313201460.3</w:t>
      </w:r>
    </w:p>
    <w:p>
      <w:r>
        <w:t>Dátum vydania: 12.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8Cob/244/2014 Identifikačné číslo súdneho spisu: 1313201460 Dátum vydania rozhodnutia: 13. 04. 2015 Meno a priezvisko sudcu, VSÚ: JUDr. Blažena Hirnerová ECLI: ECLI:SK:KSBA:2015:1313201460.3 Uznesenie Krajský súd v Bratislave v právnej veci navrhovateľa: AM TRANSPORT, s.r.o., so sídlom 029 55 Novoť 170, IČO: 45 337 560, zastúpený: advokátskou kanceláriou AKWH Legal, s.r.o., so sídlom Miletičova 1, 821 08 Bratislava, IČO: 36 862 134, v mene ktorej koná JUDr. Tibor Bernaťák, advokát, proti odporcovi: DEFEKTOSPOL SK, s.r.o., so sídlom Pekárska 11, 917 01 Trnava, IČO: 36 850 683, o zaplatenie 300 eur s príslušenstvom, o odvolaní odporcu proti opravnému uzneseniu Krajského súdu v Bratislave č.k. 8 Cob/244/2014-70 zo dňa 05.02.2015, takto r o z h o d o l : Krajský súd v Bratislave odvolanie odporcu proti opravnému uzneseniu Krajského súdu v Bratislave č.k. 8 Cob/244/2014-70 zo dňa 05.02.2015 o d m i e t a . o d ô v o d n e n i e : Krajský súd v Bratislave opravným uznesením č.k. 8 Cob/244/2014-70 zo dňa 05.02.2015 podľa § 164 O.s.p. opravil svoj rozsudok č.k. 24Cb/62/2013-45 tak, že správne má byť ako číslo konania uvedené 29Cb/62/2013-45. Proti tomuto uzneseniu podal odvolanie odporca, v ktorom uviedol, že žalobca mal možnosť si uplatniť pohľadávku v rámci reštrukturalizácie formou jej prihlásenia. Vzhľadom na to navrhol, aby súd nárok v celom rozsahu zamietol. Krajský súd v Bratislave ako súd odvolací prejednal vec bez nariadenia pojednávania podľa § 214 ods. 2 O.s.p. a dospel k záveru, že odvolanie odporcu je potrebné odmietnuť. Podľa § 218 ods. 1 písm. c) O.s.p. odvolací súd odmietne odvolanie, ktoré smeruje proti rozhodnutiu, proti ktorému nie je odvolanie prípustné. Podľa § 201 O.s.p. účastník môže napadnúť rozhodnutie súdu prvého stupňa odvolaním, pokiaľ to zákon nevylučuje. V prejednávanej veci odvolanie odporcu smeruje proti uzneseniu, ktorým krajský súd v odvolacom konaní rozhodol o oprave rozsudku. Spôsobilým predmetom odvolacieho konania sú len rozhodnutia súdu prvého stupňa. Rozhodnutie krajského súdu o oprave rozsudku v priebehu odvolacieho konania nie je rozhodnutím krajského súdu ako súdu prvého stupňa, ale ide o rozhodnutie odvolacieho súdu, proti ktorému odvolanie nie je prípustné. Vzhľadom na uvedené odvolací súd podľa § 218 ods. 1 písm. c) O.s.p. odvolanie odporcu odmietol. Odvolací súd považuje za potrebné - pre informáciu odvolateľa - uviesť, že podľa § 120 ods. 1 zák. č. 7/2005 Z.z. o konkurze a reštrukturalizácii právo uplatňovať svoje nároky v reštrukturalizácii majú iba tí veritelia, ktorí spôsobom ustanoveným citovaným zákonom prihlásia svoje pohľadávky do reštrukturalizácie. Nie je pritom rozhodujúce, či prihlásené pohľadávky vyplývajú z právoplatného rozhodnutia súdu alebo či ich veritelia osvedčia na základe iných právnych skutočností. Toto uznesenie bolo členmi senátu prijaté pomerom hlasov 3:0 (§ 3 ods. 9 tretia veta zák. č. 757/2004 Z.z. v znení neskorších predpisov). Poučenie: Proti tomuto uzneseniu odvolanie nie je prípustné.</w:t>
      </w:r>
    </w:p>
    <w:p/>
    <w:p>
      <w:r>
        <w:t>Zdroj: KAUZIS.SK – https://www.kauzis.sk/judikatura/r/ECLI:SK:KSBA:2015:1313201460.3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