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4CoZm/74/2014 z 11. 2. 2015</w:t>
      </w:r>
    </w:p>
    <w:p>
      <w:r>
        <w:t>Uznesenie Krajského súdu Bratislava z 11. februára 2015, sp. zn. 4CoZm/74/2014, ECLI:SK:KSBA:2015:1313205271.1</w:t>
      </w:r>
    </w:p>
    <w:p>
      <w:r>
        <w:t>Súd: Krajský súd Bratislava</w:t>
      </w:r>
    </w:p>
    <w:p>
      <w:r>
        <w:t>Spisová značka: 4CoZm/74/2014</w:t>
      </w:r>
    </w:p>
    <w:p>
      <w:r>
        <w:t>ECLI: ECLI:SK:KSBA:2015:1313205271.1</w:t>
      </w:r>
    </w:p>
    <w:p>
      <w:r>
        <w:t>Dátum vydania: 11. 2.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4CoZm/74/2014 Identifikačné číslo súdneho spisu: 1313205271 Dátum vydania rozhodnutia: 12. 02. 2015 Meno a priezvisko sudcu, VSÚ: JUDr. Tatiana Pastieriková ECLI: ECLI:SK:KSBA:2015:1313205271.1 Uznesenie Krajský súd v Bratislave v právnej veci navrhovateľa: CD Consulting s.r.o., Nagano Office Center, K červenému dvoru 3269/25a, 130 00 Praha 3, Česká republika, IČO: 264 29 705, práv. zast.: Fridrich Paľko, s.r.o., advokátska kancelária, Grösslingova 4, 811 09 Bratislava, IČO: 36 864 421, proti odporcovi: N. X., I.. XX.XX.XXXX, B. XX, XXX XX Z., o zaplatenie 43,10 eur s príslušenstvom, o odvolaní navrhovateľa proti uzneseniu Okresného súdu Bratislava III č.k. 43C/24/2013-29 zo dňa 16.05.2014, takto r o z h o d o l : Krajský súd v Bratislave uznesenie Okresného súdu Bratislava III č.k. 43C/24/2013-29 zo dňa 16.05.2014 zrušuje. o d ô v o d n e n i e : Napadnutým uznesením súd prvého stupňa konanie prerušil do skončenia konania o prejudiciálnej otázke vedenej na Súdnom dvore Európskej únie pod s.zn. C-558/13. Rozhodol tak podľa § 109 ods. 1 písm. c/ veta prvá O.s.p. s odôvodnením, že jeho rozhodnutie v predmetnej veci závisí od výkladu čl. 6 Smernice Rady 93/13/EHS z 05.04.1993, ktorý podá Súdny dvor EÚ v rámci konania o predbežnej otázke, ktorá mu bola predložená uznesením Krajského súdu v Prešove sp. zn. 6Co/156/2013-43 zo dňa 16.10.2013 v obdobnej právnej veci. Proti tomuto uzneseniu podal v zákonom stanovenej lehote odvolanie navrhovateľ a žiadal ho zrušiť a vec vrátiť súdu prvého stupňa na ďalšie konanie. Uviedol, že navrhovateľ ako osoba, ktorá podala odvolanie, ktoré je predmetom konania na Krajskom súde v Prešove, vedeného pod sp. zn. 6Co/156/2013 a v ktorom bola položená prejudiciálna otázka, vedená pred Súdnym dvorom EÚ pod č. C-558/13, zobral svoje odvolanie v celom rozsahu späť na základe mimosúdnej dohody, v dôsledku čoho bude odvolacie konanie zastavené. Preto i odpadol dôvod na prejednanie prejudiciálnej otázky položenej súdnemu dvoru, z čoho vyplýva, že konanie pred Súdnym dvorom Európskej únie pod č. C-558/13 už neposkytne odpoveď na prejudiciálnu otázku, ktorá by už bola len hypotetickou z dôvodu jeho späťvzatia žalobného návrhu. Preto zanikli i dôvody na prerušenie konania, nakoľko už nie sú splnené na prerušenie konania zákonné predpoklady. V ďalších častiach odvolania sa podrobne zaoberal postupom súdu prvého stupňa a jeho dôvodmi, pre ktoré konanie prerušil. Krajský súd v Bratislave, ako súd odvolací (§ 10 ods. 1 O.s.p.) preskúmal uznesenie súdu prvého stupňa podľa § 212 ods. 1 O.s.p., prejednal odvolanie podľa § 214 ods. 2 O.s.p. bez nariadenia pojednávania a po oboznámení sa s obsahom spisu a dôvodmi odvolania dospel k záveru, že odvolaniu je potrebné vyhovieť. Odvolací súd preskúmaním spisového materiálu súdu prvého stupňa zistil, že súd prvého stupňa konanie prerušil, nakoľko mal vedomosť o tom, že navrhovateľ vedie viaceré konania s obdobným predmetom sporu a v konaní vedenom pred Krajským súdom v Prešove bola Súdnemu dvoru Európskej únie predložená prejudiciálna otázka. Keďže navrhovateľ vzal žalobný návrh v tejto veci späť v celom rozsahu, Súdny dvor EÚ sa už nebude predloženou prejudiciálnou otázkou v tejto veci zaoberať, čím odpadol základný dôvod na prerušenie prvostupňového konania v prejednávanej veci. Odvolací súd po zistení uvedených skutočností dospel k záveru, že nie sú naplnené podmienky na prerušenie konania, a preto podľa § 221 ods. 1 písm. i/ O.s.p. napadnuté uznesenie súdu prvého stupňa bez ďalšieho zrušil. Toto uznesenie bolo členmi senátu prijaté pomerom hlasov 3 : 0 (§ 3 ods. 9 tretia veta zák. č. 757/2004 Z. z. v znení neskorších predpisov). Poučenie: Proti tomuto uzneseniu odvolanie nie je prípustné.</w:t>
      </w:r>
    </w:p>
    <w:p/>
    <w:p>
      <w:r>
        <w:t>Zdroj: KAUZIS.SK – https://www.kauzis.sk/judikatura/r/ECLI:SK:KSBA:2015:1313205271.1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