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3Cob/53/2014 z 24. 9. 2015</w:t>
      </w:r>
    </w:p>
    <w:p>
      <w:r>
        <w:t>Uznesenie Krajského súdu Bratislava z 24. septembra 2015, sp. zn. 3Cob/53/2014, ECLI:SK:KSBA:2015:1313206344.2</w:t>
      </w:r>
    </w:p>
    <w:p>
      <w:r>
        <w:t>Súd: Krajský súd Bratislava</w:t>
      </w:r>
    </w:p>
    <w:p>
      <w:r>
        <w:t>Spisová značka: 3Cob/53/2014</w:t>
      </w:r>
    </w:p>
    <w:p>
      <w:r>
        <w:t>ECLI: ECLI:SK:KSBA:2015:1313206344.2</w:t>
      </w:r>
    </w:p>
    <w:p>
      <w:r>
        <w:t>Dátum vydania: 24. 9.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3Cob/53/2014 Identifikačné číslo súdneho spisu: 1313206344 Dátum vydania rozhodnutia: 25. 09. 2015 Meno a priezvisko sudcu, VSÚ: JUDr. Elena Ondrišová ECLI: ECLI:SK:KSBA:2015:1313206344.2 Uznesenie Krajský súd v Bratislave v právnej veci žalobcu Mesto Liptovský Mikuláš Mestský úrad Liptovský Mikuláš, Štúrova 1989/41, Liptovský Mikuláš, IČO: 00 315 524, práv. zast. HADBÁBNA &amp; spol. advokátska kancelária s.r.o., Prielohy 1012/1C, Žilina, proti žalovanému FIN.M.O.S. a.s., Pekná cesta 19, Bratislava, IČO: 35 925 094, o zaplatenie 23.184,- EUR s prísl., a o odvolaní žalobcu a žalovaného proti rozsudku Okresného súdu Bratislava III v Bratislave č.k. 25Cb/37/2013-127 zo dňa 2.12.2013, jednohlasne takto r o z h o d o l : Krajský súd v Bratislave späťvzatie žaloby p r i p ú š ť a , rozsudok Okresného súdu Bratislava III v Bratislave č.k. 25Cb/37/2013-127 zo dňa 2.12.2013 z r u š u j e a konanie z a s t a v u j e . Žiaden z účastníkov nemá právo na náhradu trov prvostupňového a odvolacieho konania. o d ô v o d n e n i e : Napadnutým rozsudkom súd prvého stupňa uložil žalovanému povinnosť zaplatiť žalobcovi 19.422 EUR a nahradiť mu trovy konania v sume 2.780,76EUR a vo zvyšku žalobu zamietol. Proti zamietajúcej časti ako aj výroku o náhrade trov konania podal včas odvolanie žalobca navrhujúc ho zmeniť a žalobe vyhovieť v celom rozsahu a priznať mu náhradu všetkých trov. Proti rozsudku súdu prvého stupňa čo do jeho vyhovujúcej časti podal žalovaný riadne včas odvolanie, v ktorom odvolaciemu súdu navrhol napadnutú časť zmeniť a žalobu zamietnuť alebo vec zrušiť a vrátiť súdu prvého stupňa na ďalšie konanie. Podaním zo dňa 9.7.2015 žalobca vzal svoju žalobu v celom rozsahu spať vzhľadom na mimosúdne vyriešenie sporu a zároveň odvolaciemu súdu navrhol aby náhradu trov konania nepriznal žiadnemu z účastníkov. Podaním zo dňa 10.7.2015 žalovaný vyjadril súhlas so späťvzatím žaloby a požiadal súd o vrátenie súdneho poplatku za odvolanie v sume 1.153,35EUR Podľa § 208 O.s.p.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S ohľadom na skutočnosť, že sa žalovaný v zhode so žalobcom uviedli, že uzavreli dohodu o urovnaní a žalobca vzal svoj žalobný návrh späť a požiadal súd o zastavenie s čím žalovaný vyjadril svoj súhlas odvolací súd rozhodol tak, že späťvzatie žaloby pripustil a s poukazom na ustanovenie § 208 O.s.p. zrušil rozsudok súdu prvého stupňa a konanie zastavil. O náhrade trov konania súd rozhodol podľa § 146 ods. 1 písm. c/ a § 224 ods.1 O.s.p., a ich náhradu nepriznal žiadnemu z účastníkov, keďže konanie bolo zastavené a príčinou späťvzatia nebolo výlučne konanie žiadneho z účastníkov ale ich vzájomná dohoda. Poučenie: Proti tomuto uzneseniu odvolanie nie je prípustné.</w:t>
      </w:r>
    </w:p>
    <w:p/>
    <w:p>
      <w:r>
        <w:t>Zdroj: KAUZIS.SK – https://www.kauzis.sk/judikatura/r/ECLI:SK:KSBA:2015:1313206344.2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