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5S/112/2013 z 2. 2. 2015</w:t>
      </w:r>
    </w:p>
    <w:p>
      <w:r>
        <w:t>Opravné uznesenie Krajského súdu Bratislava z 2. februára 2015, sp. zn. 5S/112/2013, ECLI:SK:KSBA:2015:1313206448.4</w:t>
      </w:r>
    </w:p>
    <w:p>
      <w:r>
        <w:t>Súd: Krajský súd Bratislava</w:t>
      </w:r>
    </w:p>
    <w:p>
      <w:r>
        <w:t>Spisová značka: 5S/112/2013</w:t>
      </w:r>
    </w:p>
    <w:p>
      <w:r>
        <w:t>ECLI: ECLI:SK:KSBA:2015:1313206448.4</w:t>
      </w:r>
    </w:p>
    <w:p>
      <w:r>
        <w:t>Dátum vydania: 2. 2. 2015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5S/112/2013 Identifikačné číslo súdneho spisu: 1313206448 Dátum vydania rozhodnutia: 03. 02. 2015 Meno a priezvisko sudcu, VSÚ: Mgr. Helena Marcinkechová ECLI: ECLI:SK:KSBA:2015:1313206448.4 Opravné uznesenie Krajský súd v Bratislave v právnej veci žalobcu: W. S., T. 3, XXX XX A., zastúpený: Mgr. Jozef Holubkovič, Rostovská 3, 831 06 Bratislava, proti žalovanému: Ministerstvo vnútra Slovenskej republiky, Pribinova 2, 812 72 Bratislava, o preskúmanie zákonnosti rozhodnutia Krajského riaditeľstva policajného zboru, Krajský dopravný inšpektorát Bratislava č. KRPZ-P-21/BA-KDI21-2013 zo dňa 21.02.2013, takto r o z h o d o l : Súd opravuje záhlavie rozsudku č. k. 5S/112/2013-46 zo dňa 16.9.2014 tak, že toto správne znie: Krajský súd v Bratislave v senáte zloženom z predsedníčky senátu JUDr. Dáši Filovej a členov senátu JUDr. Viery Šebestovej a JUDr. Anny Peťovskej, PhD. v právnej veci žalobcu: W. S., T. 3, XXX XX A., zastúpený: Mgr. Jozef Holubkovič, Rostovská 3, 831 06 Bratislava, proti žalovanému: Ministerstvo vnútra Slovenskej republiky, Pribinova 2, 812 72 Bratislava, o preskúmanie zákonnosti rozhodnutia Krajského riaditeľstva policajného zboru, Krajský dopravný inšpektorát Bratislava č. KRPZ-P-21/BA-KDI21-2013 zo dňa 21.02.2013, takto o d ô v o d n e n i e : Pri písomnom vyhotovení rozsudku č. k. 5S/112/2013-46 zo dňa 16.9.2014 došlo k pisárskej chybe, keď v záhlaví tohto rozsudku nebol uvedený splnomocnený zástupca žalobcu Mgr. Q. S.. Správne záhlavie rozsudku znie takto: Krajský súd v Bratislave v senáte zloženom z predsedníčky senátu JUDr. Dáši Filovej a členov senátu JUDr. Viery Šebestovej a JUDr. Anny Peťovskej, PhD. v právnej veci žalobcu: W. S., T. 3, XXX XX A., zastúpený: Mgr. Jozef Holubkovič, Rostovská 3, 831 06 Bratislava, proti žalovanému: Ministerstvo vnútra Slovenskej republiky, Pribinova 2, 812 72 Bratislava, o preskúmanie zákonnosti rozhodnutia Krajského riaditeľstva policajného zboru, Krajský dopravný inšpektorát Bratislava č. KRPZ-P-21/BA-KDI21-2013 zo dňa 21.02.2013, takto Podľa § 164 O. s. p. súd kedykoľvek aj bez návrhu opraví v rozsudku chyby v písaní a počítaní, ako aj iné zrejmé nesprávnosti. O oprave vydá opravné uznesenie, ktoré doručí účastníkom. Pritom môže odložiť vykonateľnosť rozsudku na čas, kým opravné uznesenie nenadobudne právoplatnosť. Súd v súlade s vyššie uvedenými skutočnosťami svoje rozhodnutie opravil. Poučenie: Proti tomuto rozhodnutiu možno podať odvolanie do 15 dní odo dňa doručenia prostredníctvom podpísaného súdu na Najvyšší súd SR písomne v dvoch vyhotoveniach. Odvolaniu podanému proti rozhodnutiu, ktoré vydal súdny úradník, môže v celom rozsahu vyhovieť sudca, ktorého rozhodnutie sa považuje za rozhodnutie súdu prvého stupňa; ak sudca odvolaniu nevyhovie, predloží vec na rozhodnutie odvolaciemu súdu. V odvolaní sa má popri všeobecných náležitostiach (§ 42 ods. 3 O.s.p. 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https://www.kauzis.sk/judikatura/r/ECLI:SK:KSBA:2015:1313206448.4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