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9Co/553/2014 z 13. 5. 2015</w:t>
      </w:r>
    </w:p>
    <w:p>
      <w:r>
        <w:t>Opravné uznesenie Krajského súdu Bratislava z 13. mája 2015, sp. zn. 9Co/553/2014, ECLI:SK:KSBA:2015:1313217818.3</w:t>
      </w:r>
    </w:p>
    <w:p>
      <w:r>
        <w:t>Súd: Krajský súd Bratislava</w:t>
      </w:r>
    </w:p>
    <w:p>
      <w:r>
        <w:t>Spisová značka: 9Co/553/2014</w:t>
      </w:r>
    </w:p>
    <w:p>
      <w:r>
        <w:t>ECLI: ECLI:SK:KSBA:2015:1313217818.3</w:t>
      </w:r>
    </w:p>
    <w:p>
      <w:r>
        <w:t>Dátum vydania: 13. 5.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9Co/553/2014 Identifikačné číslo súdneho spisu: 1313217818 Dátum vydania rozhodnutia: 14. 05. 2015 Meno a priezvisko sudcu, VSÚ: JUDr. Roman Huszár ECLI: ECLI:SK:KSBA:2015:1313217818.3 Opravné uznesenie Krajský súd v Bratislave v právnej veci navrhovateľa: K. Č., G. G. - I., Š. XX, štátny občan SR, proti odporcom: 1./ F.. S. A., G. G., G. XX, štátny občan SR, zast. JUDr. Jana Uhrinová, advokátka, so sídlom Bezručova č. 1 Bratislva 2./ S. Š., G. G., V. XX/A, štátny občan SR, o určenie neplatnosti dražby, vo veci vedenej na Okresnom súde Bratislava III, sp. zn. 11C 168/2013, rozhodol r o z h o d o l : Opravuje sa záhlavie uznesenia Krajského súdu v Bratislave č.k 9 Co 553/2014-109 zo dňa 19. decembra 2014 tak, že správne označenie č.k. na súde prvého stupňa je 11 C 168/2013-98. o d ô v o d n e n i e : Krajský súd v Bratislave ako súd odvolací svojím rozhodnutím č.k 9 Co 553/2014-109 zo dňa 19. decembra rozhodol tak, že odvolanie navrhovateľa odmietol a zároveň rozhodol, že žiaden z účastníkov nemá právo na náhradu trov konania. Pri vypracovaní písomného vyhotovenia uznesenia odvolací súd uviedol nesprávne č. k. prvostupňového súdu 45 C 88/2012-98, namiesto správneho č.k. 11 C 168/2013-98.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Podľa § 211 ods. 2 O.s.p. ak tento zákon neustanovuje inak, pre konanie na odvolacom súde platia primerane ustanovenia o konaní pred súdom prvého stupňa. Podľa § 216 O.s.p. ustanovenia § 92 ods. 1 a 4, § 97 a 98 pre odvolacie konanie neplatia. Odvolací súd vzniknuté pochybenie týmto opravným uznesením odstránil ( § 164, § 211 ods. 2 O.s.p.), keďže išlo o zrejmú chybu v písaní, ku ktorej došlo pri vyhotovovaní písomného uznesenia odvolacieho súdu. Vzhľadom na uvedené a s poukazom na vyššie citovaného ustanovenia odvolací súd rozhodol tak, tak, ako je uvedené vo výroku tohto uznesenia. Poučenie: Proti tomuto uzneseniu nie je možné podať odvolanie.</w:t>
      </w:r>
    </w:p>
    <w:p/>
    <w:p>
      <w:r>
        <w:t>Zdroj: KAUZIS.SK – https://www.kauzis.sk/judikatura/r/ECLI:SK:KSBA:2015:1313217818.3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