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10Co/264/2015 z 22. 7. 2015</w:t>
      </w:r>
    </w:p>
    <w:p>
      <w:r>
        <w:t>Rozsudok Krajského súdu Bratislava z 22. júla 2015, sp. zn. 10Co/264/2015, ECLI:SK:KSBA:2015:1412213857.2</w:t>
      </w:r>
    </w:p>
    <w:p>
      <w:r>
        <w:t>Súd: Krajský súd Bratislava</w:t>
      </w:r>
    </w:p>
    <w:p>
      <w:r>
        <w:t>Spisová značka: 10Co/264/2015</w:t>
      </w:r>
    </w:p>
    <w:p>
      <w:r>
        <w:t>ECLI: ECLI:SK:KSBA:2015:1412213857.2</w:t>
      </w:r>
    </w:p>
    <w:p>
      <w:r>
        <w:t>Dátum vydania: 22. 7. 2015</w:t>
      </w:r>
    </w:p>
    <w:p>
      <w:r>
        <w:t>Forma: Rozsudok</w:t>
      </w:r>
    </w:p>
    <w:p>
      <w:r>
        <w:t>Oblasť práva: Občianske právo</w:t>
      </w:r>
    </w:p>
    <w:p>
      <w:pPr>
        <w:pStyle w:val="Heading2"/>
      </w:pPr>
      <w:r>
        <w:t>Text rozhodnutia</w:t>
      </w:r>
    </w:p>
    <w:p>
      <w:r>
        <w:t>Súd: Krajský súd Bratislava Spisová značka: 10Co/264/2015 Identifikačné číslo súdneho spisu: 1412213857 Dátum vydania rozhodnutia: 23. 07. 2015 Meno a priezvisko sudcu, VSÚ: JUDr. Ayše Pružinec - Erenová ECLI: ECLI:SK:KSBA:2015:1412213857.2 ROZSUDOK V MENE SLOVENSKEJ REPUBLIKY Krajský súd v Bratislave v senáte zloženom z predsedníčky senátu JUDr. Ayše Pružinec Erenovej a členov senátu JUDr. Blanky Podmajerskej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IV zo dňa 27. februára 2015, č. k. 40C/57/2012 - 173, takto r o z h o d o l : Odvolací súd rozsudok súdu prvého stupňa p o t v r d z u j e . Žalovanému náhradu trov odvolacieho konania n e p r i z n á v a . o d ô v o d n e n i e : Súd prvého stupňa napadnutým rozsudkom zamietol žalobu žalobcu, ktorou sa domáhal uložiť žalovanému povinnosť zaplatiť mu majetkovú škodu vo výške 125 eur a nemajetkovú ujmu v sume 285, 82 eur, ktorá mu vznikla nesprávnym úradným postupom Okresného súdu Bratislava IV, pretože nerozhodol o žiadosti exekútora o udelenie poverenia na vykonanie exekúcie v exekučnom konaní vedenom pre vymoženie peňažnej pohľadávky žalobcu, ktorá vznikla neplnením záväzku vyplývajúceho zo Zmluvy o úvere, povinnou P. T.E. do 15 dní, od doručenia žiadosti exekučnému súdu, konanie o návrhu žalobcu na prerušenie konania do právoplatného rozhodnutia Ústavného súdu Slovenskej republiky o ústavnej sťažnosti žalobcu vo veci namietaného porušenia práva na zákonného sudcu a práva na nestranný súd, zastavil a návrh žalobcu na prerušenie konania do právoplatného skončenia konania o prejudiciálnych otázkach, ktoré navrhla predložiť Slovenská republika - Ministerstvo spravodlivosti SR Súdnemu dvoru EÚ v konaní vedenom na Okresnom súde Prešov pod sp. zn. 7C/6/2010 zamietol. Svoje rozhodnutie v časti výroku, ktorým žalobu zamietol odôvodnil právne ust. § 3 ods. 1 písm. d), § 4 ods. 1 písm. a) bod 1, § 9 ods. 1, 2, § 15 ods. 1, § 16 ods. 1, § 17 ods. 1, 2, 3 zák. č. 514/2003 Z. z. o zodpovednosti za škodu spôsobenú pri výkone verejnej moci a o zmene niektorých zákonov, § 44 ods. 2 zák. č. 233/1995 Z. z. o súdnych exekútoroch a exekučnej činnosti (Exekučný poriadok) v znení účinnom do 31. 05. 2011, § 101 ods. 2 O. s. p. a vecne tým, že žalobca v konaní nepreukázal vznik akejkoľvek škody na jeho strane a zároveň nepreukázal základné podmienky zodpovednosti štátu za škodu spôsobenú nesprávnym úradným postupom. K námietke žalovaného, že žalobca podal žalobu na súd skôr ako uplynula 6 - mesačná lehota na predbežné prerokovanie svojho nároku na náhradu škody uviedol, že rozhodujúce bolo to, či táto lehota uplynula ku dňu rozhodovania súdu, a nie ku dňu podania žaloby a nakoľko ku dňu rozhodovania súdu uvedená lehota už uplynula, námietka žalovaného dôvodne uplatnená nebola. Poukázal na skutočnosť, že základnými predpokladmi objektívnej zodpovednosti štátu za škodu spôsobenú nesprávnym úradným postupom sú: a) nesprávny úradný postup, b) škoda (majetková, resp. nemajetková ujma), c) príčinná súvislosť medzi škodou a nesprávnym úradným postupom s tým, že v prejednávanej veci nebol splnený už prvý predpoklad zodpovednosti štátu za škodu v podobe nesprávneho úradného postupu, nakoľko k žalobcom namietanému nesprávnemu úradnému postupu spočívajúcom v nedodržaní zákonnej 15- dňovej lehoty na udelenie poverenia na vykonanie exekúcie nemohlo dôjsť už len z toho dôvodu, že v § 44 ods. 2 zákona č. 233/1995 Z. z. ustanovená 15-dňová lehota sa vzťahuje iba na prípady, ak exekučný súd nezistí rozpor žiadosti o udelenie poverenia na vykonanie exekúcie alebo návrhu na vykonanie exekúcie alebo exekučného titulu so zákonom a poverenie na vykonanie exekúcie súdnemu exekútorovi udelí (pozitívne rozhodnutie), nie však na prípady, ak súd zistí rozpor žiadosti o udelenie poverenia na vykonanie exekúcie alebo návrhu na vykonanie exekúcie alebo exekučného titulu so zákonom a žiadosť súdneho exekútora o udelenie poverenia na vykonanie exekúcie zamietne (nález Ústavného súdu SR zo dňa 10.07.2013, sp. zn. II. ÚS 520/2012). Uviedol, že nakoľko v posudzovanej veci exekučný súd zistil rozpor exekučného titulu so zákonom, v dôsledku čoho žiadosť súdneho exekútora o udelenie poverenia na vykonanie exekúcie zamietol, nevzťahovala sa na uvedený prípad 15-dňová lehota ustanovená v 44 ods. 2 zákona č. 233/1995 Z. z. a k žalobcom namietaným prieťahom v konaní uviedol, že žalobca nepreukázal, že v predmetnej veci došlo k sťažnostiam na prieťahy v konaní, k disciplinárnemu postihu sudcu v tejto súvislosti alebo k vydaniu právoplatného rozhodnutia Európskeho súdu pre ľudské práva alebo Ústavného súdu Slovenskej republiky, ktorý by prieťahy v konaní konštatoval s tým, že prieťahy v konaní pritom nezistil ani sám súd prvého stupňa. Poukázal na skutočnosť, že podľa aktuálne platného znenia § 9 ods. 2 zákona č. 514/2003 Z. z. (účinného od 01.01.2013)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nakoľko však uvedené ustanovenie nadobudlo účinnosť až 01.01.2013, nie je možné ho aplikovať na právne vzťahy, pri ktorých malo dôjsť k zodpovednostnému vzťahu medzi účastníkmi konania pred jeho účinnosťou. Súd prvého stupňa na základe uvedeného dospel k záveru, že v posudzovanej veci môže (samostatne) posúdiť, či došlo k nesprávnemu úradnému postupu spočívajúceho v prieťahoch v konaní (rovnako, či došlo k nesprávnemu úradnému postupu spočívajúceho v nedodržaní zákonnom stanovenej lehoty) a poukázal na charakter predmetnej exekučnej veci - rozhodovanie o žiadosti o udelenie poverenia súdnemu exekútorovi na vykonanie exekúcie, kde exekučným titulom bol rozhodcovský rozsudok v spotrebiteľskej veci, kedy je exekučný súd povinný ex offo preskúmať materiálnu správnosť rozhodcovského rozsudku, nekalú povahu rozhodcovskej doložky rozhodcovského súdu vydaného bez účasti spotrebiteľa a preskúmať, či rozhodcovské konanie prebehlo na základe uzavretej rozhodcovskej zmluvy (uznesenie Ústavného súdu SR zo dňa 03.03.2011, č. k. IV. ÚS 60/2011-13, uznesenie Najvyššieho súdu SR zo dňa 13.10.2011, sp. zn. 3 Cdo 146/2011, zo dňa 26.09.2011, sp. zn. 3 MCdo 11/2010 zo dňa 29.03.2011, sp. zn. 5 Cdo 291/2010, ako aj rozsudok Súdneho dvora EÚ vo veci Asturcom C-40/08). Uviedol, že nakoľko bol exekučný súd povinný v exekučnom konaní skúmať súlad exekučného titulu s ustanoveniami vnútroštátneho a európskeho práva o ochrane spotrebiteľa (čo exekučný súd aj urobil, a čo napokon viedlo k zamietnutiu žiadosti súdneho exekútora o udelenie poverenia na vykonanie exekúcie), pričom išlo (aj vzhľadom na rozsiahlosť právnej úpravy a jej európsky aspekt) o pomerne náročný proces aplikácie práva, vyžadoval si uvedený proces určitý časový priestor, čo nepochybne malo vplyv na posúdenie dĺžky konania ako primeranej a prieťahov v konaní, ako zbytočných. Poukázal na skutočnosť, že exekučný súd si za týmto účelom vyžiadal od rozhodcovského súdu spisový materiál, čo tiež prispelo k celkovému predĺženiu exekučného konania s tým, že žalobca, ako oprávnený, inicioval rozsiahly počet exekučných konaní (skutočnosť, ktorá je všeobecne známa), čo malo rovnako vplyv (zásadný) na posúdenie celkovej dĺžky konania z pohľadu namietaných prieťahov. Súd prvého stupňa v dôvodoch svojho rozhodnutia poukázal na nález Ústavného súdu SR zo dňa 10.07.2013, sp. zn. II. ÚS 520/2012, v ktorom ústavný súd posudzoval sťažnosť rovnakého žalobcu na prieťahy v exekučnom konaní (v inej veci), pričom ani konanie trvajúce pred exekučným súdom 24 mesiacov (ktoré sa rovnako skončilo zamietnutím žiadosti súdneho exekútora o udelenie poverenia na vykonanie exekúcie), nepovažoval za prieťahy v konaní s tým, že ústavný súd v predmetnom rozhodnutí konštatoval, že "v posudzovanom prípade je významná, priam kľúčová skutočnosť, že sťažovateľka pred okresným súdom iniciovala značne vysoký počet exekučných konaní (ide o stovky až tisíce exekučných konaní - návrhov v typovo obdobných veciach), pričom konštantne judikoval, že zaťaženosť súdov, nadmerné množstvo vecí, v ktorých sa musí zabezpečiť súdne konanie, nie je dôvodom, ktorý by zbavoval súd, resp. štát zodpovednosti za zbytočné prieťahy v konaní. Prieťahy by mohli byť takto ospravedlniteľné len na krátky čas a len v tom prípade, že by sa prijali adekvátne opatrenia na riešenie situácie [napr. II. ÚS 48/96, I. ÚS 39/00, III. ÚS 425/2012, mutatis mutandis Buchholz proti Nemecku (rozhodnutie Komory, 6. máj 1981, č. 7759/77, § 51 a § 61); Zimmermann a Steiner proti Švajčiarsku (rozhodnutie Komory, 13. júl 1983, č. 8737/79, § 29, § 30), pozri aj O., U.., O., T.., O., U.., W., P.. Evropská úmluva o lidských právech. Komentář. Praha: C.H. Beck, 2012, s. 710, 715. ISBN 978-80-7400-365-3]. Uviedol, že Ústavný súd však skonštatoval, že danú judikatúru vytvoril po vzore Európskeho súdu pre ľudské práva na ochranu práva na konanie bez zbytočných prieťahov v takpovediac nehromadných veciach, z čoho je zrejmé, že nešlo teda (dosiaľ) o situácie, keď jeden navrhovateľ stovkami až tisíckami podaní prispel k zaťaženosti súdu, a týmto k dlhšej dobe rozhodovania, aj sám. Súd prvého stupňa v odôvodnení svojho rozhodnutia ďalej uviedol, že napriek tomu, že dospel k záveru, aj s poukazom na uvedené závery ústavného súdu, že k prieťahom v konaní exekučného súdu nedošlo a teda ani k nesprávnemu úradnému postupu, pričom tento dôvod bol dostatočný pre zamietnutie žaloby žalobcu ako nedôvodnej, považoval za potrebné (a zároveň vhodné) vyjadriť sa aj k zvyšným dvom predpokladom zodpovednosti štátu za škodu a k ich nesplneniu v posudzovanej veci uviedol, že žalobca nepreukázal ani vznik škody, jej výšku a príčinnú súvislosť medzi tvrdeným nesprávnym úradným postupom exekučného súdu a tvrdenou škodou, keď ako majetkovú škodu v paušálnej sume 125 eur si žalobca uplatnil náhradu účelne vynaložených nákladov na správu pohľadávky prostredníctvom pracovných výkonov zamestnanca pomocou informačného systému (v sume 70 eur), na udržiavanie a správu informačného systému (v sume 40 eur) a na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(v sume 15 eur), avšak nešpecifikoval, či ide o skutočnú škodu alebo ušlý zisk v zmysle § 17 ods. 1 zákona č. 514/2003 Z. z. a na preukázanie majetkovej škody nepredložil žiadne relevantné dôkazy, neuviedol ani spôsob výpočtu jednotlivých zložiek tejto paušálnej sumy s tým, že tieto paušálne sumy uvedené žalobcom pritom nepredstavujú ani skutočnú škodu ani ušlý zisk. Poukázal na skutočnosť, že ide iba o jednostranné, ničím nepodložené všeobecné tvrdenia žalobcu a dospel k záveru, že nakoľko žalobca vznik konkrétnej škody nepreukázal, dôkazné bremeno v konaní neuniesol. K žalobcom uplatnenej náhrade nemajetkovej ujmy v peniazoch súd prvého stupňa uviedol, že toto právo vzniká iba v prípade, ak samotné konštatovanie porušenia práva nie je dostatočným zadosťučinením vzhľadom na ujmu spôsobenú nezákonným rozhodnutím alebo nesprávnym úradným postupom, a ak nie je možné túto ujmu uspokojiť inak, pričom aj v tomto prípade platí povinnosť preukázania nemajetkovej ujmy, a to v podobe dopadu nesprávneho úradného postupu, jeho vplyvu a následkov na žalobcu v rôznych oblastiach pôsobenia s tým, že žalobca svoje tvrdenie, že nezákonným zásahom vyvolaná situácia ovplyvnila ďalšie podnikateľské postupy a spôsobila neistotu v plánovaní ďalších rozhodnutí, ktoré mohol prijať, nijakým spôsobom nekonkretizoval a ani ničím nepreukázal a rovnako nepreukázal, že samotné konštatovanie porušenia práva nie je dostatočným zadosťučinením. Súd prvého stupňa zároveň poukázal na to, že odvodzovať výšku nemajetkovej ujmy paušálne od nárokov priznávaných Ústavným súdom SR (ako to urobil žalobca) nie je možné, keď výška nemajetkovej ujmy v peniazoch sa v zmysle § 17 ods. 3 zákona č. 514/2003 Z. z. určuje v každom individuálnom prípade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z čoho vyplýva, že výška nemajetkovej ujmy sa preto líši v závislosti od individuálnych daností každého jednotlivého prípadu a preto jej výšku nemožno paušalizovať. K argumentácii žalobcu, ktorý nárok na náhradu nemajetkovej ujmy odôvodňoval pocitmi frustrácie, úzkosti, nespravodlivosti, neistoty a nedôvery v právo a rovnosť v spoločnosti vyvolaných u členov riadiacich orgánov spoločnosti, ktoré mali byť spôsobené neexistenciou akéhokoľvek účinného vnútroštátneho prostriedku nápravy spôsobilého reštituovať vzniknutú situáciu, poukázal na rozsudok Najvyššieho súdu ČR, sp. zn. 30 Cdo 675/2011, v zmysle ktorého nepríjemnosti spôsobené členom vedenia spoločnosti možno zohľadniť iba v obmedzenej miere a v rámci odškodnenia právnickej osoby za nemajetkovú ujmu spôsobenú prípadnou neprimeranou dĺžkou konania by nemali byť odškodnené aj fyzické osoby, ktoré sa na fungovaní právnickej osoby nejakým spôsobom podieľajú, nakoľko im nevzniká ujma priamo, nie je tu teda daná priama a bezprostredná príčinná súvislosť. Prejednanie a rozhodnutie veci v neprítomnosti účastníkov konania na pojednávaní nariadenom na deň 27.02.2015 odôvodnil právne ust. § 101 ods. 2 O. s. p. a vecne tým, že žalobca, jeho právny zástupca a žalovaný sa napriek riadnemu predvolaniu nedostavili s tým, že žalovaný ospravedlnil svoju neúčasť podaním doručeným elektronickou poštou dňa 19.02.2015, pričom o odročenie pojednávania nežiadal a právny zástupca žalobcu podaním doručeným súdu elektronickou poštou dňa 19.02.2015 požiadal o odročenie pojednávania z dôvodu podaného návrhu na prerušenie konania do rozhodnutia Súdneho dvora EÚ o prejudiciálnych otázkach, ktoré navrhol predložiť žalovaný 1/, Slovenská republika, zastúpená Ministerstvom spravodlivosti SR v konaní o náhradu škody pre porušenie práva EÚ, prebiehajúcom na Okresnom súde Prešov pod sp. zn. 7C/6/2010 a zároveň požiadal o zrušenie nariadeného pojednávania z dôvodu objektívneho porušenia zásady nestrannosti súdu a sudcu, keď zopakoval dôvody uvedené v žalobe, podľa ktorých sú vylúčení všetci sudcovia súdu prvého stupňa a žiadal konanie prerušiť až do právoplatného rozhodnutia Ústavného súdu SR o ústavnej sťažnosti, ktorú podal proti uzneseniu krajského súdu o tom, že sudcovia Okresného súdu Bratislava IV nie sú vylúčení z prejednávania veci. Súd prvého stupňa v dôvodoch svojho rozhodnutia ďalej poukázal na skutočnosť, že žalobca podaním doručeným elektronickou poštou opäť zo dňa 19. 02. 2015 navrhol konanie prerušiť podľa § 109 ods. 2 písm. c) O. s. p. do právoplatného skončenia konania o prejudiciálnych otázkach, ktoré navrhla predložiť Slovenská republika - Ministerstvo spravodlivosti SR Súdnemu dvoru EÚ v konaní vedenom na Okresnom súde Prešov pod sp. zn. 7C/6/2010, predmetom ktorého je náhrada škody pre porušenie práva Európskej únie, ktorého sa mal dopustiť Okresný súd Prešov v exekučnom konaní vedenom proti žalobkyni na základe neprijateľnej rozhodcovskej doložky, v ktorom sa vymohlo plnenie na základe neprijateľnej zmluvnej podmienky, ako aj v rozpore so zákonmi schválenými z dôvodu transpozície smerníc EÚ zameranými na ochranu spotrebiteľa na finančnom trhu s tým, že o námietke zaujatosti Krajský súd v Bratislave už právoplatne rozhodol a rovnako už bolo právoplatne rozhodnuté aj o identickom návrhu žalobcu na prerušenie konania podaného z rovnakého dôvodu (uznesením Okresného súdu Bratislava IV zo dňa 16.07.2014, č. k. 40C/57/2012-66 v spojení s uznesením Krajského súdu v Bratislave zo dňa 18.12.2014, sp. zn. 6Co/651/2014), a to tak, že uvedený návrh na prerušenie konania bol zamietnutý a preto dospel k záveru, že právny zástupca žalobcu nepožiadal z dôležitého dôvodu o odročenie pojednávania a nakoľko došlo k splneniu podmienok podľa § 101 ods. 2 O. s. p., vec prejednal v neprítomnosti účastníkov, ako aj právneho zástupcu žalobcu a zároveň, nakoľko nedošlo k žiadnej relevantnej zmene oproti predchádzajúcemu stavu, konanie o identickom návrhu žalobcu na prerušenie konania s poukazom na ustanovenie § 104 ods. 1 v spojení s § 159 ods. 3 O. s. p. a § 167 ods. 2 O. s. p. (za použitia analógie) pre prekážku veci právoplatne rozhodnutej zastavil (uznesenie Najvyššieho súdu Českej republiky zo dňa 17.07.2013, sp. zn. 29 Cdo 1301/2013 uverejnené v Zbierke súdnych rozhodnutí a stanovísk Najvyššieho súdu Českej republiky č. 10/2013 pod č. 99). Zamietnutie návrhu žalobcu na prerušenie konania do právoplatného skončenia konania o prejudiciálnych otázkach, ktoré navrhla Slovenská republika - Ministerstvo spravodlivosti SR Súdnemu dvoru EÚ v konaní vedenom na Okresnom súde Prešov pod sp. zn. 78C/6/2010, odôvodnil vecne nesplnením zákonných predpokladov na prerušenie konania podľa § 109 ods. 2 písm. c) O. s. p. s tým, že zodpovedanie predmetných prejudiciálnych otázok v danom konaní (ktorého existenciu, predloženie prejudiciálnych otázok a ani ich skutočné znenie žalobca ani žiadnym spôsobom nepreukázal, napriek tomu, že mal možnosť predložiť súdu prvého stupňa uznesenie Okresného súdu Prešov, ktorým tento súd konanie prerušil), nemá žiadny význam pre rozhodnutie súdu v prejednávanej veci, nakoľko žiadna z prejudiciálnych otázok, ktoré mali byť predložené Súdnemu dvoru EÚ Okresným súdom Prešov, nemá akúkoľvek vecnú súvislosť s predmetom tohto konania, keďže konanie vedené na Okresnom súde Prešov má iných účastníkov konania (na strane žalobcu) a celkom odlišný skutkový základ žalovaného nároku. Rozhodnutie o trovách konania odôvodnil právne ust. § 142 ods. 1 O. s. p. v spojení s § 151 ods. 1 O. s. p. a vecne plným úspechom žalovaného v konaní, ktorému náhradu trov nepriznal, nakoľko si ich náhradu neuplatnil.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a predložil súdu listinné dôkazy,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vydal poverenie,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23. júla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Právne bezvýznamným je tvrdenie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15. 07. 2014 (elektronickým podaním zo dňa 14. 07. 2014 právny zástupca žalobcu doručil súdu návrh na zrušenie pojednávania spojený s návrhom na prerušenie konania spolu s ústavnou sťažnosťou, súd prvého stupňa pojednávanie odročil a rozhodol o návrhu na prerušenie konania) a na pojednávanie dňa 27. 02. 2015 sa napriek riadne doručenému predvolaniu dňa 26. 01. 2015 opätovne nedostavil, svoju neúčasť neospravedlnil a ani nepožiadal z dôležitého dôvodu o odročenie pojednávania, keď súd prvého stupňa správne na jeho identickú žiadosť zo dňa 14. 07. 2014 o zrušenie pojednávania a prerušenie konania z dôvodu podanej ústavnej sťažnosti, o ktorej však Ústavný súd Slovenskej republiky rozhodol 13 mesiacov pred nariadeným pojednávaním (dňa 19. júna 2013) neprihliadol a konanie o tomto návrhu zastavil. Z uvedeného teda vyplýva, že žalobcovi ako účastníkovi konania bola súdom prvého stupňa daná možnosť sa vykonania procesných úkonov na pojednávaní zúčastniť a nakoľko sa žalobca na pojednávanie nedostavil, svoju neprítomnosť neospravedlnil, o jeho odročenie z dôležitého dôvodu nepožiadal, správne postupoval súd prvého stupňa, keď vec v jeho neprítomnosti prejednal podľa § 101 ods. 2 O. s. p. a s prihliadnutím na obsah spisu, aj vo veci napadnutým rozsudkom rozhodol. Nebolo možné sa stotožniť ani s námietkou žalobcu, že vo veci nerozhodol zákonný sudca, nakoľko z obsahu spisu vyplýva, že Krajský súd v Bratislave uznesením zo dňa 17. októbra 2012, č. k. 4NcC/194/2012 - 16 rozhodol tak, že sudcovia Okresného súdu Bratislava IV: JUDr. Ivan Alman, JUDr. Ing. Mário Dubáň, JUDr. Mária Čechovičová, JUDr. Jana Fígerová, JUDr. Jana Grendárová, JUDr. Marián Jančovič, JUDr. Jarmila Jurkovičová, JUDr. Helena Kožíková, JUDr. Ondrej Krajčo, JUDr. Jozefína Králová, Mgr. Daniela Mamráková, JUDr. Erika Némethová - Stiffelová, JUDr. Taťána Poláková, JUDr. Zuzana Rigáňová, JUDr. Eva Suchová, JUDr. Dana Šiffalovičová, JUDr. Ida Takáčová, JUDr. Nadežda Tomanicová, JUDr. Silvia Walterová, JUDr. Daniela Kotrecová nie sú vylúčení z konania a rozhodovania vo veci vedenej na Okresnom súde Bratislava IV pod sp. zn. 40C/57/2012 a z prejednávania a rozhodovania veci vylúčil sudcu JUDr. Martina Kopšu a uznesením Krajského súdu v Bratislave zo dňa 18. decembra 2014, č. k. 6NcC/100/2014 - 96 nebol z prejednávania a rozhodovania veci vedenej na Okresnom súde Bratislava IV pod sp. zn. 40C/57/2012 vylúčený sudca Okresného súdu Bratislava IV JUDr. Michal Kubiš. K odvolacej námietke žalobcu,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a jej výsledkom bude zrušenie rozhodnutia krajského súdu považuje odvolací súd za potrebné uviesť, že mu je z jeho rozhodovacej činnosti známe, že Ústavný súd Slovenskej republiky ústavné sťažnosti žalobcu v skutkovo a právne totožných veciach pre nedostatok svoje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Odvolací súd považuje za nevyhnutné uviesť, že žalobcovi, namietajúceho, že v posudzovanej veci rozhodol nezákonný sudca musí byť jednoznačne známe, že o jeho ústavnej sťažnosti proti porušovaniu základných práv a slobôd uznesením Krajského súdu v Bratislave zo dňa 17. októbra 2012, sp. zn. 4NcC/194/2012 rozhodol Ústavný súd Slovenskej republiky uznesením zo dňa 19. júna 2013 (22 mesiacov pred podaním odvolania žalobcom proti rozsudku súdu prvého stupňa), sp. zn. I. ÚS 416/2013 tak, že jeho sťažnosť odmietol. Nebolo možné sa stotožniť ani s námietkou žalobcu v podanom odvolaní, že súd prvého stupňa bol povinný pred samotným rozhodnutím vo veci samej rozhodnúť o jeho návrhu na prerušenie konania z dôvodu prebiehajúceho konania o ústavnej sťažnosti, nakoľko uniklo zrejme pozornosti žalobcu, že o tomto návrhu rozhodol súd prvého stupňa uznesením zo dňa 16. júla 2014, č. k. 40C/57/2012-66 tak, že návrh na prerušenie konania zamietol a uvedené rozhodnutie potvrdil Krajský súd v Bratislave uznesením zo dňa 18. decembra 2014, č. k. 6Co/651/2014 - 96, pričom ako už odvolací súd uviedol vyššie, o ústavnej sťažnosti žalobcu, ktorou odôvodňoval prerušenie konania bolo rozhodnuté Ústavným súdom Slovenskej republiky aj dňa 14. 07. 2014, kedy žalobca podal prvý návrh na zrušenie pojednávania (nariadeného na deň 15. 07. 2014), spolu s návrhom na prerušenie konania. Právne irelevantnou je aj argumentácia žalobcu, že nakoľko sa žalovaný k jeho žalobe napriek výzve súdu nevyjadril, bolo povinnosťou prvostupňového súdu vo veci rozhodnúť rozsudkom pre zmeškanie a svedčí iba o tom, že mu priebeh tohto konania vôbec nie je známy, resp. opätovne uniklo jeho pozornosti, že dňa 26. 06. 2014 (viď č. l. 42 spisu) prevzal vyjadrenie žalovaného k žalobe, ktoré dňa 23. 01. 2014 žalovaný doručil prvostupňovému súdu. Súd prvého stupňa dospel k správnemu záveru, keď na závery znaleckého posudku zo dňa 17.01.2014, č. 1/2014, vypracovaného znaleckým ústavom Ekonomickej univerzity na posúdenie činnosti a ekonomickej náročnosti spojených s vymáhaním pohľadávok žalobcu ako aj činnosti, ktoré boli uskutočňované v súvislosti s nesprávnym úradným postupom exekučných okresných súdov Slovenskej republiky neprihliadal, keď tieto rozhodli resp. nerozhodli o žiadosti o nevydaní poverenia na vykonanie exekúcie, neskoro rozhodli resp. nerozhodli o vydaní poverenia na vykonanie exekúcie a neskoro rozhodli resp. nerozhodli o návrhu na zmenu exekútora, nakoľko znalecký ústav sa nezaoberal majetkovou škodou, vzniknutou žalobcovi v súvislosti s nesprávnym úradným postupom, keďže posudok nebol vypracovaný na danú prejednávanú vec a nevypovedá o skutočnej výške škody, ktorá mala údajne žalobcovi v predmetných exekučných konaniach vzniknúť, čím vykazuje znaky iba všeobecného znaleckého posudku. Odvolací súd sa v celom rozsahu stotožnil so správnym právnym záverom súdu prvého stupňa v napadnutom rozsudku, že v posudzovanej veci podmienky na prerušenie konania splnené neboli, keď žalobca nielen svoje tvrdenie o tom, že Okresný súd Prešov uznesením zo dňa 07. 10. 2013, sp. zn. 7C/6/2010 konanie prerušil do rozhodnutia Súdneho dvora Európskej únie o prejudiciálnych otázkach navrhnutých žalovaným 1/ konaní, t. j. Slovenskou republikou, zastúpenou Ministerstvom spravodlivosti Slovenskej republiky, pričom ako účastníkovi daného konania v pozícii žalovaného 2/ týmto uznesením disponovať musí, ale najmä ako správne uviedol súd prvého stupňa v napadnutom uznesení, žalobca ani súvis medzi údajne položenými prejudiciálnymi otázkami Súdnemu dvoru Európskej únie, od ktorých by záviselo rozhodnutie tohto sporu, neodôvodnil. Neopodstatnené je aj tvrdenie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zákonných predpokladov objektívnej zodpovednosti štátu, t.j. predovšetkým podmienky nesprávneho úradného postupu štátu, resp. jeho orgánu plniaceho si svoje úlohy v rámci výkonu štátnej moci spočívajúcej v jeho nečinnosti, v priamej príčinnej súvislosti so škodou, ktorá mala žalobcovi vzniknúť, ako aj pre neexistenciu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https://www.kauzis.sk/judikatura/r/ECLI:SK:KSBA:2015:1412213857.2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