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11CoP/573/2015 z 13. 12. 2015</w:t>
      </w:r>
    </w:p>
    <w:p>
      <w:r>
        <w:t>Opravné uznesenie Krajského súdu Bratislava z 13. decembra 2015, sp. zn. 11CoP/573/2015, ECLI:SK:KSBA:2015:1413200526.4</w:t>
      </w:r>
    </w:p>
    <w:p>
      <w:r>
        <w:t>Súd: Krajský súd Bratislava</w:t>
      </w:r>
    </w:p>
    <w:p>
      <w:r>
        <w:t>Spisová značka: 11CoP/573/2015</w:t>
      </w:r>
    </w:p>
    <w:p>
      <w:r>
        <w:t>ECLI: ECLI:SK:KSBA:2015:1413200526.4</w:t>
      </w:r>
    </w:p>
    <w:p>
      <w:r>
        <w:t>Dátum vydania: 13. 12.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11CoP/573/2015 Identifikačné číslo súdneho spisu: 1413200526 Dátum vydania rozhodnutia: 14. 12. 2015 Meno a priezvisko sudcu, VSÚ: JUDr. Bianka Gelačíková ECLI: ECLI:SK:KSBA:2015:1413200526.4 Opravné uznesenie Krajský súd v Bratislave vo veci starostlivosti súdu o maloleté deti Y.: U. P., Q.. XX.XX.XXXX, t.č. bytom u otca, S. G., Q.. XX.XX.XXXX G. P. Q., Q.. XX.XX.XXXX, bytom u matky, zastúpené kolíznym opatrovníkom Úradom práce, sociálnych vecí a rodiny Bratislava, Vazovova 7/A, deti rodičov: matka - X. Y., U. U., A. X, zast. AK Nechala &amp; Co., s.r.o., Bratislava, Továrenská 10, a otec - S. P. Y., U. R.R. X, U., zast. AK Kolíková &amp; Partners, s.r.o., Radvanská 21, Bratislava, za účasti Okresnej prokuratúry Bratislava IV, Hanulova 9/A, Bratislava, o návrhu otca na nariadenie predbežného opatrenia vo veci zverenia maloletého U. P. a o oprave uznesenia Krajského súdu v Bratislave z 26.10.2015, č.k. 11CoP/573/2015-1790, jednohlasne takto r o z h o d o l : Uznesenie Krajského súdu v Bratislave z 26.10.2015, č.k. 11CoP 573/2015-1790 sa opravuje tak, že má správne znieť: „11CoP 573/2015-1691“ o d ô v o d n e n i e : Krajský súd v Bratislave uznesením z 26.10.2015, č.k. 11CoP 573/2015-1790 potvrdil uznesenie Okresného súdu Bratislava IV z 27.07.2015, č.k. 13P 21/2013-1144. Vzhľadom k tomu, že po rozhodnutí odvolacieho súdu došlo k oprave žurnalizácie spisu súdom prvého stupňa, odvolací súd v zmysle § 164 O.s.p. vykonal predmetnú opravu týkajúcu sa čísla konania uznesenia odvolacieho súdu, tak aby toto bolo v súlade so žurnalizáciou spisu po vykonanej oprave. Poučenie: Proti tomuto uzneseniu odvolanie nie je prípustné.</w:t>
      </w:r>
    </w:p>
    <w:p/>
    <w:p>
      <w:r>
        <w:t>Zdroj: KAUZIS.SK – https://www.kauzis.sk/judikatura/r/ECLI:SK:KSBA:2015:1413200526.4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