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11Co/89/2015 z 29. 10. 2015</w:t>
      </w:r>
    </w:p>
    <w:p>
      <w:r>
        <w:t>Uznesenie Krajského súdu Bratislava z 29. októbra 2015, sp. zn. 11Co/89/2015, ECLI:SK:KSBA:2015:1414206667.2</w:t>
      </w:r>
    </w:p>
    <w:p>
      <w:r>
        <w:t>Súd: Krajský súd Bratislava</w:t>
      </w:r>
    </w:p>
    <w:p>
      <w:r>
        <w:t>Spisová značka: 11Co/89/2015</w:t>
      </w:r>
    </w:p>
    <w:p>
      <w:r>
        <w:t>ECLI: ECLI:SK:KSBA:2015:1414206667.2</w:t>
      </w:r>
    </w:p>
    <w:p>
      <w:r>
        <w:t>Dátum vydania: 29.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11Co/89/2015 Identifikačné číslo súdneho spisu: 1414206667 Dátum vydania rozhodnutia: 30. 10. 2015 Meno a priezvisko sudcu, VSÚ: JUDr. Blanka Podmajerská ECLI: ECLI:SK:KSBA:2015:1414206667.2 Uznesenie Krajský súd v Bratislave, v právnej veci navrhovateľa: N. L., K. Z. XX, K., štátny občan SR, proti odporcovi: T.. P. C., K. U. X, K., štátny občan SR, o nejasný návrh, na odvolanie navrhovateľa proti uzneseniu Okresného súdu Bratislava V zo dňa 23.02.2015, č.k. 42C/277/2014-25, jednohlasne ( pomerom hlasov 3:0) takto r o z h o d o l : Odvolanie navrhovateľa sa o d m i e t a. Žiadnemu z účastníkov sa náhrada trov odvolacieho konania n e p r i z n á v a . o d ô v o d n e n i e : V napadnutom uznesení súd prvého stupňa právne dôvodiac § 43 ods.2 zák. č. 99/1963 Zb. v platnom znení ( ďalej „ O.s.p.“) odmietol podanie navrhovateľa doručené súdu dňa 3.4.2014. V odôvodnení rozhodnutia konštatoval, že v označenom podaní navrhovateľa neboli uvedené všetky náležitosti predpísané ustanoveniami § 42 ods. 3, § 79 O.s.p. - navrhovateľ v ňom nedostatočne označil odporcu, neuviedol, či je to právnická či fyzická osoba, neuviedol žalobný petit, nekonkretizoval akej nemajetkovej ujmy sa domáha a ani rozhodujúce skutočnosti. Navrhovateľ bol následne vyzvaný uznesením zo dňa 10.10.2014 , č.k. 42C/277/2014-21, aby v lehote 10 dní odstránil vady podania a návrh doplnil aj s poučením ako má opravu a doplnenie vykonať; v uznesení bol poučený i o tom, že pokiaľ neuposlúchne výzvu súdu, bude jeho podanie odmietnuté, keďže v konaní nebude možné pokračovať. Navrhovateľ v lehote určenej v uznesení súdu riadne mu doručeného dňa 20.10.2014 vadu návrhu na začatie konania neodstránil. Proti uzneseniu podal dňa 11.6.2015 odvolanie navrhovateľ žiadajúc, aby súd v konaní pokračoval. Odvolací súd preskúmal vec podľa § 212 ods.1 O.s.p., bez nariadenia odvolacieho pojednávania ( § 214 ods.2 O.s.p.) a dospel k záveru, že odvolanie navrhovateľa nebolo účinne podané. Podľa ust. § 204 ods.1 odvolanie sa podáva do 15 dní od doručenia rozhodnutia na súde, proti rozhodnutiu ktorého smeruje. Podľa ust. § 218 ods.1 písm. a/ O.s.p. odvolací súd odmietne odvolanie, ktoré bolo podané oneskorene. Občiansky súdny poriadok v ust. § 204 O.s.p. zakotvuje dĺžku lehoty, v ktorej môže byť odvolanie podané účinne. Odvolacia lehota je lehotou zákonnou , čo znamená, že ju nemožno ani dohodou strán a ani rozhodnutím súdu predĺžiť a ani skrátiť. V prejednávanom prípade odvolací súd z obsahu spisu zistil, že uznesenie Okresného súdu Bratislava V zo dňa 23.2.2015, č.k. 42C/277/2014-25, ktorým bolo podanie navrhovateľa zo dňa 3.4.2014 odmietnuté, bolo súdom prvého stupňa navrhovateľovi riadne doručené dňa 10.3.2015. Zákonná 15 dňová lehota na podanie odvolania potom uplynula navrhovateľovi dňa 25.3.2015 ( streda ). Keďže odvolanie voči označenému uzneseniu podal navrhovateľ na poštovú prepravu až dňa 11.6.2015, ide o oneskorene podané odvolanie, ktorého dôsledkom je postup a rozhodnutie odvolacieho súdu podľa ust. § 218 ods.1 písm. a/ O.s.p.. S poukazom na uvedené rozhodol odvolací súd tak, že odvolanie navrhovateľa podané proti uzneseniu Okresného súdu Bratislava V zo dňa 23.2.2015, č.k. 42C/277/2014-25 ako oneskorene podané odmietol. O náhrade trov odvolacieho konania rozhodol odvolací súd podľa § 224 ods. 1 O.s.p. v spojení s ust. § 146 ods. 1 písm. c/ O.s.p., keď výsledok konania bol analogický ako pri zastavení konania a pre iné rozhodnutie o náhrade trov konania nebol daný zákonný dôvod. Poučenie: Proti tomuto uzneseniu nie je odvolanie prípustné.</w:t>
      </w:r>
    </w:p>
    <w:p/>
    <w:p>
      <w:r>
        <w:t>Zdroj: KAUZIS.SK – https://www.kauzis.sk/judikatura/r/ECLI:SK:KSBA:2015:1414206667.2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