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9Co/436/2012 z 3. 8. 2015</w:t>
      </w:r>
    </w:p>
    <w:p>
      <w:r>
        <w:t>Opravné uznesenie Krajského súdu Bratislava z 3. augusta 2015, sp. zn. 9Co/436/2012, ECLI:SK:KSBA:2015:1508211430.2</w:t>
      </w:r>
    </w:p>
    <w:p>
      <w:r>
        <w:t>Súd: Krajský súd Bratislava</w:t>
      </w:r>
    </w:p>
    <w:p>
      <w:r>
        <w:t>Spisová značka: 9Co/436/2012</w:t>
      </w:r>
    </w:p>
    <w:p>
      <w:r>
        <w:t>ECLI: ECLI:SK:KSBA:2015:1508211430.2</w:t>
      </w:r>
    </w:p>
    <w:p>
      <w:r>
        <w:t>Dátum vydania: 3. 8.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9Co/436/2012 Identifikačné číslo súdneho spisu: 1508211430 Dátum vydania rozhodnutia: 04. 08. 2015 Meno a priezvisko sudcu, VSÚ: JUDr. Magdaléna Floreková ECLI: ECLI:SK:KSBA:2015:1508211430.2 Opravné uznesenie Krajský súd v Bratislave v právnej veci navrhovateľa: Slovenská kancelária poisťovateľov, Bratislava, Trnavská cesta 82, IČO: 36 062 235, zastúpená TOMÁŠ KUŠNÍR, s.r.o., Bratislava, Údernícka 5 proti odporcom: 1/ F. Q., Z., Š. XX, zastúpený JUDr. Jurajom Mravcom, Bratislava, Strečnianska 18, 2/ V. L., Z. Z., F.. Q. X, zastúpený JUDr. Martinou Poredošovou, AK Bratislava, Obchodná 58, o zaplatenie 3.175,76 € (95.673,- Sk) s príslušenstvom, na odvolanie navrhovateľa a odporcu 2/ proti rozsudku Okresného súdu Bratislava V zo dňa 01.02.2012, č. k. 10C/19/2009 - 278, takto r o z h o d o l : Záhlavie rozsudku Krajského súdu v Bratislave zo dňa 12.03.2015, č. k. 9Co/436/2012 - 334 má v časti označenia právneho zástupcu navrhovateľa správne znieť: „...v právnej veci navrhovateľa: Slovenská kancelária poisťovateľov, Bratislava, Trnavská cesta 82, IČO: 36 062 235, zastúpená TOMÁŠ KUŠNÍR, s.r.o., Bratislava,.....“ Výrok rozsudku Krajského súdu v Bratislave zo dňa 12.03.2015, č. k. 9Co/ 436/2012 - 334 má v časti výroku o povinnosti odporcu 1/ zaplatiť navrhovateľovi trovy právneho zastúpenia, správne znieť: „...ako aj trovy konania, a to 571,40 € titulom súdnych poplatkov a trovy právneho zastúpenia 2.590,04 €, TOMÁŠ KUŠNÍR, s.r.o., Bratislava,.....“ o d ô v o d n e n i e : Odvolací súd v odvolacom konaní v horeoznačenej právnej veci rozhodol svojím rozsudkom zo dňa 12.03.2015, č. k. 9Co/436/2012 - 334. Pri vypracovaní písomného odôvodnenia rozsudku sa v jeho záhlaví, ako aj výroku dopustil odvolací súd chyby v písaní, keď uviedol nesprávne označenie právneho zástupcu navrhovateľa, a síce namiesto správneho „TOMÁŠ KUŠNÍR, s.r.o., Bratislava,...“ tohto označil nesprávne ako „AK Mgr. Tomáš Kušnír, s.r.o...“ Podľa § 164 O.s.p.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Podľa § 211 ods. 2 O.s.p. ak tento zákon neustanovuje inak, pre konanie na odvolacom súde platia primerane ustanovenia o konaní pred súdom prvého stupňa. Odvolací súd vzniknuté pochybenie týmto opravným uznesením odstránil (§ 164, § 211 ods. 2 O.s.p.), keďže išlo o chybu odvolacieho súdu v písaní pri vypracovaní písomného vyhotovenia rozhodnutia odvolacieho súdu. Poučenie: Proti tomuto uzneseniu odvolanie nie je prípustné.</w:t>
      </w:r>
    </w:p>
    <w:p/>
    <w:p>
      <w:r>
        <w:t>Zdroj: KAUZIS.SK – https://www.kauzis.sk/judikatura/r/ECLI:SK:KSBA:2015:1508211430.2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