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3Co/200/2013 z 9. 3. 2015</w:t>
      </w:r>
    </w:p>
    <w:p>
      <w:r>
        <w:t>Opravné uznesenie Krajského súdu Bratislava z 9. marca 2015, sp. zn. 3Co/200/2013, ECLI:SK:KSBA:2015:1508227367.2</w:t>
      </w:r>
    </w:p>
    <w:p>
      <w:r>
        <w:t>Súd: Krajský súd Bratislava</w:t>
      </w:r>
    </w:p>
    <w:p>
      <w:r>
        <w:t>Spisová značka: 3Co/200/2013</w:t>
      </w:r>
    </w:p>
    <w:p>
      <w:r>
        <w:t>ECLI: ECLI:SK:KSBA:2015:1508227367.2</w:t>
      </w:r>
    </w:p>
    <w:p>
      <w:r>
        <w:t>Dátum vydania: 9. 3. 2015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3Co/200/2013 Identifikačné číslo súdneho spisu: 1508227367 Dátum vydania rozhodnutia: 10. 03. 2015 Meno a priezvisko sudcu, VSÚ: JUDr. Alena Svetlovská ECLI: ECLI:SK:KSBA:2015:1508227367.2 Opravné uznesenie Krajský súd v Bratislave v právnej veci navrhovateľky: F. kancelária poisťovateľov, Z. cesta XX, V., za účasti vedľajšieho účastníka Wüstenrot poisťovňa, a. s., Karadžičova 17, Bratislava, proti odporcovi: 1/ X. Z., bytom X. 5, V., 2/ K. V., bytom V. XX, V., obaja zast. advokátskou kanceláriou Capitol Legal Group, s.r.o., Kollárovo nám. 12, Bratislava, o zaplatenie 14.634,- eur, o návrhu odporcov 1/ a 2/ na opravu rozsudku Krajského súdu v Bratislave zo dňa 31. júla 2014, č.k. 3Co 200/2013-456, takto r o z h o d o l : Odvolací súd o p r a v u j e v rozsudku Krajského súdu v Bratislave zo dňa 31. júla 2014, č.k. 3Co 200/2013-456: - tretí výrok rozsudku týkajúci sa náhrady trov konania, ktorý má správne znieť: „Navrhovateľka je povinná zaplatiť odporcom 1/ a 2/ náhradu trov odvolacieho konania vo výške 373,85 eur titulom trov právneho zastúpenia k rukám právneho zástupcu odporov 1/ a 2/, do troch dní od právoplatnosti rozsudku.“ - odôvodnenie rozsudku v časti náhrady trov konania, ktoré má správne znieť: „O trovách odvolacieho konania odvolací súd rozhodol podľa § 224 ods. 1 O.s.p. v spojení s § 142 ods. 1 O.s.p. a odporcom, ktorí mali v odvolacom konaní plný úspech priznal náhradu trov odvolacieho konania pozostávajúcu z trov právneho zastúpenia vo výške 373,85 eur. Právny zástupca odporcov vykonal v odvolacom konaní jeden úkon právnej služby (vyjadrenie k dovolaniu zo dňa 25.2.2013 ) za 151,87 eur podľa § 10 ods. 1 v spojení s § 13 ods. 2 a § 13a ods. 4 vyhl. č. 655/2004 Z.z.. Po pripočítaní režijného paušálu 7,81 eur odmena právneho zástupcu odporcov predstavuje 311,55 eur (2x151,87 + 7,81). Vzhľadom na skutočnosť, že právny zástupca odporcov je platiteľom DPH, je potrebné v zmysle § 18 ods. 3 cit. vyhl. zvýšiť advokátsku odmenu o 20% DPH (t.j. 62,30 eur). Trovy právneho zastúpenia odporcov tak spolu predstavujú sumu 373,85 eur. “ o d ô v o d n e n i e : Pri písomnom vyhotovení rozsudku Krajského súdu v Bratislave zo dňa 31. júla 2014, č.k. 3Co 200/2013-456, došlo tak vo výrokovej časti, ako aj v časti odôvodnenia rozhodnutia o náhrade trov konania k chybe počítaní, v dôsledku ktorej konečná suma náhrady trov odvolacieho konania bola uvedená v nižšej sume zodpovedajúcej náhrade trov konania len jedného z odporcov, aj napriek tomu, že odvolací súd priznal náhradu trov odvolacieho konania obom úspešným odporcom 1/ a 2/ podľa § 10 ods. 1 v spojení s § 13 ods. 2 a § 13a ods. 4 vyhl. MS SR č. 655/2004 Z.z.. právny zástupca odporcov vykonal v odvolacom konaní jeden úkon právnej služby ( vyjadrenie k odvolaniu zo dňa 25.2.2013 ) v hodnote 151,87 eur, čo pri zastupovaní dvoch odporcov predstavuje sumu 303,74 eur (151,87 x 2 ). Po pripočítaní režijného paušálu 7,81 eur odmena právneho zástupcu odporcov predstavuje 311,55 eur (nie 159,68 eur). Po zvýšení advokátskej odmeny o 20% DPH (t.j. 62,30 eur, nie ako bolo nesprávne uvedené 31,93 eur) predstavujú trovy právneho zastúpenia odporcov 1/ a 2/ spolu sumu 373,85 eur, nie 191,61 eur.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na uvedené súd postupoval podľa ustanovenia § 164 O.s.p. a vydal toto opravné uznesenie. Toto rozhodnutie bolo prijaté senátom Krajského súdu v Bratislave pomerom hlasov 3:0 (§ 3 ods. 9 zák. č. 757/2004 Z. z. o súdoch a o zmene a doplnení niektorých zákonov v znení neskorších predpisov). Poučenie: Proti tomuto uzneseniu nie je prípustné odvolanie.</w:t>
      </w:r>
    </w:p>
    <w:p/>
    <w:p>
      <w:r>
        <w:t>Zdroj: KAUZIS.SK – https://www.kauzis.sk/judikatura/r/ECLI:SK:KSBA:2015:1508227367.2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