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6Co/101/2015 z 13. 12. 2015</w:t>
      </w:r>
    </w:p>
    <w:p>
      <w:r>
        <w:t>Opravné uznesenie Krajského súdu Bratislava z 13. decembra 2015, sp. zn. 6Co/101/2015, ECLI:SK:KSBA:2015:1509210399.3</w:t>
      </w:r>
    </w:p>
    <w:p>
      <w:r>
        <w:t>Súd: Krajský súd Bratislava</w:t>
      </w:r>
    </w:p>
    <w:p>
      <w:r>
        <w:t>Spisová značka: 6Co/101/2015</w:t>
      </w:r>
    </w:p>
    <w:p>
      <w:r>
        <w:t>ECLI: ECLI:SK:KSBA:2015:1509210399.3</w:t>
      </w:r>
    </w:p>
    <w:p>
      <w:r>
        <w:t>Dátum vydania: 13. 12.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6Co/101/2015 Identifikačné číslo súdneho spisu: 1509210399 Dátum vydania rozhodnutia: 14. 12. 2015 Meno a priezvisko sudcu, VSÚ: JUDr. Martin Murgaš ECLI: ECLI:SK:KSBA:2015:1509210399.3 Opravné uznesenie Krajský súd v Bratislave v právnej veci žalobcu: VODOTIKA, a.s., Bosákova ul. č. 7, Bratislava, zast. advokátom JUDr. Borisom Sobolovským, Záhradnícka ul. č. 41, Bratislava proti žalovanému: J. X., O. O. T.. Č.. XX, O., zast. advokátskou kanceláriou Legal Counsels, s.r.o., Tallerova ul. č. 10, Bratislava, o zaplatenie 81.216,- eur, vo veci Okresného súdu Bratislava V sp. zn. 10C/56/2010, pomerom hlasov 3:0 takto r o z h o d o l : Odvolací súd opravuje číslo konania opravného uznesenia súdu prvého stupňa zo dňa 1. decembra 2014 v záhlaví rozsudku odvolacieho súdu zo dňa 1. júna 2015, č. k. 6Co/101/2015-741 tak, že správne číslo konania opravného uznesenia zo dňa 1. decembra 2014 je č. k. 10C/56/2010-697. o d ô v o d n e n i e : Krajský súd v Bratislave ako súd odvolací rozsudkom zo dňa 1. júna 2015, č.k. 6Co/101/2015-741 na odvolanie žalovaného potvrdil rozsudok Okresného súdu Bratislava V zo dňa 1. decembra 2014, č. k. 10C/56/2010-692 a žalovaného zaviazal na náhradu trov odvolacieho konania žalobcovi vo výške 407,38 eur. Okresný súd Bratislava V prípisom zo dňa 03.12.2015, doručeným odvolaciemu súdu dňa 09.12.2015, na základe prípisu Najvyššieho súdu Slovenskej republiky č. k. 4Cdo/487/2015-759, zo dňa 12.10.2015, predložil spis na odstránenie zrejmej nesprávnosti postupom podľa § 164 O.s.p., pretože v záhlaví písomného vyhotovenia rozsudku odvolacieho súdu bolo nesprávne uvedené č. k. 10C/56/2010-704.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O.s.p., ak tento zákon neustanovuje inak, pre konanie na odvolacom súde platia primerane ustanovenia o konaní pred súdom prvého stupňa. V danej veci bolo písomné vyhotovenie predmetného rozsudku odvolacieho súdu v záhlaví postihnuté zrejmou nesprávnosťou spočívajúcou v nesprávnom označení čísla konania opravného uznesenia súdu prvého stupňa zo dňa 1. decembra 2014, ktorým súd prvého stupňa opravil napadnutý rozsudok zo dňa 1. decembra 2014, č. k. 10C/56/2010-692, keď odvolací súd uviedol č. k. opravného uznesenia 10C/56/2010-704, pričom správne číslo konania opravného uznesenia malo byť 10C/56/2010-697. Vzhľadom na túto skutočnosť odvolací súd v zmysle citovaných zákonných ustanovení uvedenú zrejmú nesprávnosť odstránil. Z týchto dôvodov odvolací súd rozhodol tak, ako je uvedené vo výroku tohto uznesenia. Poučenie: Proti tomuto uzneseniu odvolanie nie je prípustné.</w:t>
      </w:r>
    </w:p>
    <w:p/>
    <w:p>
      <w:r>
        <w:t>Zdroj: KAUZIS.SK – https://www.kauzis.sk/judikatura/r/ECLI:SK:KSBA:2015:1509210399.3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