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14Co/231/2015 z 30. 7. 2015</w:t>
      </w:r>
    </w:p>
    <w:p>
      <w:r>
        <w:t>Uznesenie Krajského súdu Bratislava z 30. júla 2015, sp. zn. 14Co/231/2015, ECLI:SK:KSBA:2015:1510213322.2</w:t>
      </w:r>
    </w:p>
    <w:p>
      <w:r>
        <w:t>Súd: Krajský súd Bratislava</w:t>
      </w:r>
    </w:p>
    <w:p>
      <w:r>
        <w:t>Spisová značka: 14Co/231/2015</w:t>
      </w:r>
    </w:p>
    <w:p>
      <w:r>
        <w:t>ECLI: ECLI:SK:KSBA:2015:1510213322.2</w:t>
      </w:r>
    </w:p>
    <w:p>
      <w:r>
        <w:t>Dátum vydania: 30. 7. 2015</w:t>
      </w:r>
    </w:p>
    <w:p>
      <w:r>
        <w:t>Forma: Uznesenie</w:t>
      </w:r>
    </w:p>
    <w:p>
      <w:pPr>
        <w:pStyle w:val="Heading2"/>
      </w:pPr>
      <w:r>
        <w:t>Text rozhodnutia</w:t>
      </w:r>
    </w:p>
    <w:p>
      <w:r>
        <w:t>Súd: Krajský súd Bratislava Spisová značka: 14Co/231/2015 Identifikačné číslo súdneho spisu: 1510213322 Dátum vydania rozhodnutia: 31. 07. 2015 Meno a priezvisko sudcu, VSÚ: JUDr. Katarína Javorčíková ECLI: ECLI:SK:KSBA:2015:1510213322.2 Uznesenie Krajský súd v Bratislave v právnej veci navrhovateľov: v 1. rade E. Y., v 2. rade X. Y., D. V. V., I. XX, obaja zastúpení: Mgr. Ján Kutan, advokát, Laurinská 18, Bratislava, proti odporcom: v 1. rade Š. P., V. M., M. XX, v 2. rade U. P., V., X. N. X, o zaplatenie 2 000,- Eur s príslušenstvom, o odvolaní navrhovateľov v 1. a 2. rade proti uzneseniu Okresného súdu Bratislava V v Bratislave, č.k. 13C/79/2010-198 zo dňa 15.4. 2015, pomerom hlasov 3:0 takto r o z h o d o l : Krajský súd v Bratislave uznesenie Okresného súdu Bratislava V v Bratislave, č.k. 13C/79/2010-198, zo dňa 15.4. 2015 z r u š u j e . o d ô v o d n e n i e : Napadnutým uznesením súd vyrubil navrhovateľom v 1. a 2. rade súdny poplatok vo výške 120,- Eur za odvolanie, podľa pol. 1, písm. a) Sadzobníka súdnych poplatkov. Proti uzneseniu podali odvolanie v zákonnej lehote navrhovatelia spoločným podaním doručeným súdu dňa 7.5. 2015. Namietli, že odvolanie proti rozsudku súdu zo dňa 21.3.2011 podali dňa 4.5.2011 a súd rozhodol o ich poplatkovej povinnosti až dňa 15.4.2015. Poukázali na ustanovenie § 13 ods. 1 zák. č. 71/1992 Z.z. o súdnych poplatkoch (ďalej len ZoSP), podľa ktorého súdny poplatok nemožno vyrubiť po uplynutí troch rokov od konca kalendárneho roka, v ktorom sa stal splatným. Vzhľadom na uvedené ustanovenie im mohol byť súdny poplatok vyrubený do konca roka 2014. Domáhajú sa preto, aby odvolací súd zrušil ako nesprávne rozhodnutie okresného súdu o poplatkovej povinnosti. Prvostupňový súd prípisom zo dňa 14.5.2015 predložil vec na rozhodnutie odvolaciemu súdu so stanoviskom zákonného sudcu, že súd vo veci vyzval právneho zástupcu navrhovateľov na zaplatenie súdneho poplatku, avšak nesprávnou formou podľa vzoru 4a, hoci mal poslať vzor č. 4. Napadnutým uznesením bola výzva opravená tak, že bol poslaný vzor 4. Krajský súd v Bratislave, ako súd odvolací (§ 10 ods. 1 O.s.p.), prejednal vec v rozsahu podľa § 212 ods. 1 O.s.p. a dospel k záveru, že napadnuté uznesenie je potrebné zrušiť. Zo súdneho spisu vyplýva, že navrhovatelia podali odvolanie voči rozsudku prvostupňového súdu na poštu dňa 4.5.2011. Následne súd vydal výzvu zo dňa 11.5.2011, ktorou ich vyzval na úhradu súdneho poplatku za odvolanie v sume 120,- Eur. Navrhovatelia súdny poplatok neuhradili. Po právoplatnom skončení veci rozsudkom zo dňa 2.2.2015, zamietnutím návrhu navrhovateľov, vydal súd napadnuté uznesenie zo dňa 15.4.2015, ktorým im opätovne vyrubil súdny poplatok za podané odvolanie.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8 ods. 4 ZoSP ostatné poplatky sú splatné do troch dní po nadobudnutí právoplatnosti rozhodnutia, ktorým sa uložila povinnosť zaplatiť poplatok, alebo ktorým sa schválil zmier. Podľa § 13 ods. 1 ZoSP poplatok alebo doplatok poplatku nemožno vyrubiť po uplynutí troch rokov od konca kalendárneho roka, v ktorom sa stal splatným. Podľa § 12 ods. 3 ZoSP sk vydá súd nesprávne rozhodnutie o poplatkovej povinnosti, takéto rozhodnutie zruší alebo zmení aj bez návrhu. V súlade s citovanými ustanoveniami, je možné vymáhať súdny poplatok za podané odvolanie len na základe právoplatného rozhodnutia o poplatkovej povinnosti, pričom takéto rozhodnutie môže byť vydané len do uplynutia zákonnej trojročnej lehoty. Vyrubený súdny poplatok za odvolanie nie je možné vymáhať na základe výzvy na úhradu súdneho poplatku, s ktorou zákon spája iné účinky nezaplatenia súdneho poplatku. Ak súd nevydal v zákonnej trojročnej lehote rozhodnutie o uložení poplatkovej povinnosti za podané odvolanie, ale len výzvu, nerozhodol o poplatkovej povinnosti včas. Z týchto dôvodov odvolací súd napadnuté uznesenie podľa § 12 ods. 3 ZoSP zrušil. Poučenie: Proti tomuto uzneseniu odvolanie nie je prípustné.</w:t>
      </w:r>
    </w:p>
    <w:p/>
    <w:p>
      <w:r>
        <w:t>Zdroj: KAUZIS.SK – https://www.kauzis.sk/judikatura/r/ECLI:SK:KSBA:2015:1510213322.2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