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6Co/330/2015 z 26. 8. 2015</w:t>
      </w:r>
    </w:p>
    <w:p>
      <w:r>
        <w:t>Uznesenie Krajského súdu Bratislava z 26. augusta 2015, sp. zn. 6Co/330/2015, ECLI:SK:KSBA:2015:1512223732.4</w:t>
      </w:r>
    </w:p>
    <w:p>
      <w:r>
        <w:t>Súd: Krajský súd Bratislava</w:t>
      </w:r>
    </w:p>
    <w:p>
      <w:r>
        <w:t>Spisová značka: 6Co/330/2015</w:t>
      </w:r>
    </w:p>
    <w:p>
      <w:r>
        <w:t>ECLI: ECLI:SK:KSBA:2015:1512223732.4</w:t>
      </w:r>
    </w:p>
    <w:p>
      <w:r>
        <w:t>Dátum vydania: 26. 8.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6Co/330/2015 Identifikačné číslo súdneho spisu: 1512223732 Dátum vydania rozhodnutia: 27. 08. 2015 Meno a priezvisko sudcu, VSÚ: JUDr. Martin Murgaš ECLI: ECLI:SK:KSBA:2015:1512223732.4 Uznesenie Krajský súd v Bratislave v právnej veci žalobcu: POHOTOVOSŤ, s.r.o., Pribinova 25, Bratislava, zast. Advokátskou kanceláriou Fridrich Paľko, s.r.o., Grösslingova ul. č. 4, Bratislava, proti žalovanej: Slovenská republika, zast. Ministerstvom spravodlivosti SR, Župné námestie č. 13, Bratislava, o náhradu škody, na odvolanie žalobcu proti uzneseniu Okresného súdu Bratislava V zo 7. mája 2015, č. k. 42C/167/2012-105, pomerom hlasov 3:0, takto r o z h o d o l : Napadnuté uznesenie súdu prvého stupňa sa p o t v r d z u j e . o d ô v o d n e n i e : Napadnutým uznesením súd prvého stupňa zamietol návrh žalobcu na prerušenie konania do právoplatného rozhodnutia Okresného súdu v Prešove sp. zn. 7C/6/2010. V odôvodnení napadnutého uznesenia súd prvého stupňa uviedol, že žalobca navrhol konanie prerušiť do právoplatného rozhodnutia Okresného súdu v Prešove vo veci vedenej pod sp. zn. 7C/6/2010, keďže v uvedenej veci bude Súdny dvor Európskej únie rozhodovať o prejudiciálnej otázke navrhnutej žalovanou. Súd prvého stupňa zistil, že po prerušení konania vedeného na OS v Prešove pod sp. zn. 7C/6/2010 prejudiciálne otázky Súdnemu dvoru Európskej únie predložené neboli, keďže Krajský súd v Prešove uznesením z 22.12.2014, č. k. 12Co/127/2013 zrušil uznesenie Okresného súdu v Prešove zo 07.10.2013, č. k. 7C/6/2010 a vec mu vrátil na ďalšie konanie. Vzhľadom na to podľa súdu prvého stupňa tu nie je dôvod na prerušenie konania v zmysle § 109 ods. 1 písm. b/ O.s.p., resp. podľa § 109 ods. 2 písm. c/ O.s.p.. Proti tomuto rozhodnutiu podal odvolanie žalobca. Navrhol, aby odvolací súd napadnuté uznesenie zmenil tak, že konanie preruší. Odvolanie odôvodnil tým, že je tu dôvod na prerušenie konania podľa § 109 ods. 2 písm. c/ O.s.p., pretože v konaní vedenom na OS v Prešove pod sp. zn. 7C/6/2010 sa rieši otázka, ktorá môže mať význam pre rozhodnutie v prejednávanej veci. Odvolací súd, ktorý bol viazaný rozsahom a dôvodmi odvolania (§ 212 ods. 1 O.s.p.), preskúmal napadnuté uznesenie súdu prvého stupňa, prejednal odvolanie bez nariadenia pojednávania (§ 214 ods. 2 O.s.p.) a dospel k záveru, že odvolanie nie je dôvodné. Odvolací súd sa v celom rozsahu stotožňuje s odôvodnením napadnutého uznesenia a konštatuje jeho správnosť (§ 219 ods. 2 O.s.p.). Uznesenie súdu prvého stupňa je teda vecne správne a preto ho odvolací súd potvrdil podľa § 219 ods. 1 O.s.p.. O trovách odvolacieho konania rozhodne súd prvého stupňa v rozhodnutí o veci samej. Poučenie: Proti tomuto uzneseniu odvolanie nie je prípustné.</w:t>
      </w:r>
    </w:p>
    <w:p/>
    <w:p>
      <w:r>
        <w:t>Zdroj: KAUZIS.SK – https://www.kauzis.sk/judikatura/r/ECLI:SK:KSBA:2015:1512223732.4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