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14Co/362/2015 z 30. 7. 2015</w:t>
      </w:r>
    </w:p>
    <w:p>
      <w:r>
        <w:t>Uznesenie Krajského súdu Bratislava z 30. júla 2015, sp. zn. 14Co/362/2015, ECLI:SK:KSBA:2015:1512223785.2</w:t>
      </w:r>
    </w:p>
    <w:p>
      <w:r>
        <w:t>Súd: Krajský súd Bratislava</w:t>
      </w:r>
    </w:p>
    <w:p>
      <w:r>
        <w:t>Spisová značka: 14Co/362/2015</w:t>
      </w:r>
    </w:p>
    <w:p>
      <w:r>
        <w:t>ECLI: ECLI:SK:KSBA:2015:1512223785.2</w:t>
      </w:r>
    </w:p>
    <w:p>
      <w:r>
        <w:t>Dátum vydania: 30. 7. 2015</w:t>
      </w:r>
    </w:p>
    <w:p>
      <w:r>
        <w:t>Forma: Uznesenie</w:t>
      </w:r>
    </w:p>
    <w:p>
      <w:r>
        <w:t>Oblasť práva: Občianske právo</w:t>
      </w:r>
    </w:p>
    <w:p>
      <w:pPr>
        <w:pStyle w:val="Heading2"/>
      </w:pPr>
      <w:r>
        <w:t>Text rozhodnutia</w:t>
      </w:r>
    </w:p>
    <w:p>
      <w:r>
        <w:t>Súd: Krajský súd Bratislava Spisová značka: 14Co/362/2015 Identifikačné číslo súdneho spisu: 1512223785 Dátum vydania rozhodnutia: 31. 07. 2015 Meno a priezvisko sudcu, VSÚ: JUDr. Edita Szabová ECLI: ECLI:SK:KSBA:2015:1512223785.2 Uznesenie Krajský súd v Bratislave v právnej veci navrhovateľa: POHOTOVOSŤ, s.r.o., so sídlom v Bratislave, Pribinova č. 25, zastúpený: Fridrich Paľko, s.r.o., so sídlom v Bratislave, Grösslingova č. 4, proti odporcovi: Slovenská republika - Ministerstvo spravodlivosti Slovenskej republiky, Bratislava, Župné námestie č. 13, o náhradu škody, o odvolaní navrhovateľa proti uzneseniam Okresného súdu Bratislava V zo dňa 11.10.2012, č. k. 43C/ 172/2012-15 a zo dňa 26.3.2015, č. k. 43C/172/2012-89, pomerom hlasov 3:0, takto r o z h o d o l : I. Uznesenie Okresného súdu Bratislava V zo dňa 11.10.2012, č. k. 43C/ 172/2012-15 p o t v r d z u j e . II. Uznesenie Okresného súdu Bratislava V zo dňa 26.3.2015, č.k. 43C/172/2012-89 p o t v r d z u j e . o d ô v o d n e n i e : K bodu I. Napadnutým uznesením zo dňa 11.10.2012, č. k. 43C/ 172/2012-15 , súd prvého stupňa uložil navrhovateľovi povinnosť zaplatil súdny poplatok za vznesenie námietky zaujatosti vo výške 66,- eur, ktorý je vyrubený podľa položky 17a Sadzobníka súdnych poplatkov, tvoriaceho prílohu zák. č. 71/1992 Zb. o súdnych poplatkoch. Proti tomuto uzneseniu podal včas odvolanie navrhovateľ.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Bratislava V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Uviedol, že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eur. Z obsahu spisu vyplýva, že v preskúmavaných veciach sa navrhovateľ návrhom vo veci samej domáha náhrady majetkovej škody a nemajetkovej ujmy v zmysle zák. č. 514/2003 Z.z. o zodpovednosti za škodu spôsobenú pri výkone verejnej moci a o zmene niektorých zákonov, ktorá mu vznikla nesprávnym úradným postupom Okresného súdu Bratislava V. V návrhu súčasne požiadal,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Z obsahu tejto žiadosti je zrejmé, že navrhovateľ uplatnil námietku zaujatosti všetkých sudcov Okresného súdu Bratislava V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eur. O námietke zaujatosti už rozhodol Krajský súd v Bratislave uznesením zo dňa 22.10.2012, č.k. 5NcC/207/2012-19 tak, že vyslovil, že sudkyňa Okresného súdu Bratislava V Mgr. Zita Leimbergerová nie je vylúčená z konania a rozhodovania vo veci. Návrhu navrhovateľa na prikázanie veci vedenej na Okresnom súde pod sp. zn. 43C 172/2012 inému súdu nevyhovel.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30.9.2012, od platenia súdnych poplatkov oslobodené. Odvolací súd sa stotožnil s právnym názorom Ústavného súdu Slovenskej republiky, vyjadrenom v uznesení 30.3.2011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podľa § 219 ods. 1 O.s.p. napadnuté uznesenia súdu prvého stupňa ako vecne správne potvrdil. K bodu II Napadnutým uznesením zo dňa 26.3.2015, č.k. 43C/172/2012-89 súd prvého stupňa uložil navrhovateľovi povinnosť zaplatiť súdny poplatok za odvolanie v sume 20 eur podľa položky 7a, v spojení s bodom 3 poznámky k položke 1 sadzobníka súdnych poplatkov zák. č. 71/1992 Zb. o súdnych poplatkoch (ďalej len ZoSP). Proti tomuto uzneseniu podal včas odvolanie navrhovateľ prostredníctvom svojho právneho zástupcu. Namietal, že uznesenie nie je riadne odôvodnené, resp. neobsahuje žiadne dôvody, ktoré viedli súd k jeho vydaniu, čím vlastne namieta jeho nepreskúmateľnosť, čo je dôvod na to, aby bolo rozhodnutie zrušené. V tejto súvislosti poukázal na uznesenie Krajského súdu v Žiline sp. zn. 8Co 295/2013, zo dňa 30.7.2013, ktorým uvedený súd zrušil uznesenie súdu prvého stupňa o uložení povinnosti zaplatiť súdny poplatok za odvolanie podľa položky 7a pre nedostatok dôvodov. Uviedol, že navrhovateľovi bol vyrubený súdny poplatok vo výške 20 eur za podané odvolanie s poukazom na položku 7a sadzobníka súdnych poplatkov. Namietal, že podľa položky 7a sa poplatok vyrubuje za žalobu na náhradu škody spôsobenej nezákonným úradným rozhodnutím orgánu verejnej moci alebo jeho nesprávnym úradným postupom. Spoplatneniu teda nepodliehajú ďalšie úkony vo veci samej, ako sú odvolanie a dovolanie a pod., ako je tomu pri položke 1 sadzobníka súdnych poplatkov. Navrhovateľ podal odvolanie proti rozsudku a nie žalobu. Súd nie je oprávnený svojvoľne rozširovať okruh úkonov podliehajúcich súdnemu poplatku a navrhovateľ preto nemôže byť vyzvaný na platenie súdneho poplatku za podané odvolanie. Na podporu svojej argumentácie poukázal na rozsudok Najvyššieho súdu Slovenskej republiky z 29.3.2007, sp. zn. 4 Cdo 39/2007, v ktorom bol vyslovený názor, že „Za súdne konania, ktoré nie sú uvedené v Príloha ZoSP (sadzobník súdnych poplatkov), sa súdne poplatky nevyrubujú; v takomto prípade poplatková povinnosť nevzniká a analogické určenie výšky súdneho poplatku neprichádza do úvahy“. V prílohe ZoSP nie je jasne a jednoznačne stanovená poplatková povinnosť za podanie odvolania voči rozhodnutiu súdu o žalobe na náhradu škody spôsobenej nezákonným rozhodnutím alebo nesprávnym úradným postupom. Povinnosť zaplatiť súdny poplatok za odvolanie mu tak bola uložená v rozpore so zákonom, čo je zásahom do jeho základného právna na súdnu ochranu zaručeného v čl. 46 ods. 1 ústavy, ale rovnako tak aj porušenie čl. 12 ods. 1, no najmä čl. 13 ods. 1 písm. a) ústavy, podľa ktorého povinnosti možno ukladať zákonom alebo na základe zákona, v jeho medziach a pri zachovaní základných práv a slobôd. Navyše, podľa ust. § 18ca ZoSP, z úkonov navrhnutých alebo za konania začaté do 30.9.2012 sa vyberajú poplatky podľa predpisov účinných do 30.9.2012, i keď sa stanú splatnými po 30.9.2012. V danom prípade bola žaloba podaná pred 1.10.2012, konanie teda začalo pred účinnosťou zák. č. 286/2012 Z.z., a preto je nutné v súvislosti s podaným odvolaním aplikovať právny stav platný do 30.9.2012, do ktorého času bolo podľa ust. § 4 ods. 1 písm. d) ZoSP konanie vo veciach náhrady škody spôsobenej nezákonným rozhodnutím orgánu verejnej moci alebo jeho nesprávnym úradným postupom, od poplatku vecne oslobodené. Navrhol preto, aby odvolací súd napadnuté rozhodnutie zrušil. Krajský súd v Bratislave ako súd odvolací (§ 10 ods. 1 O.s.p.), ktorý bol viazaný rozsahom a dôvodmi odvolania (§ 212 ods. 1 O.s.p.), preskúmal napadnuté uznesenie, prejednal vec bez nariadenia pojednávania (§ 214 ods. 2 O.s.p.) a dospel k záveru, že odvolanie nie je dôvodné. K odvolacej námietke navrhovateľa, že uznesenie nie je odôvodnené, odvolací súd uvádza, že ide o rozhodnutie, ktoré sa v praxi súdov odôvodňuje len odkazom na jednotlivé položky Sadzobníka súdnych poplatkov (príloha k ZoSP). Aj v predmetnom uznesení je odkaz na položku 7a v spojení s bodom 3 poznámky k položke 1 sadzobníka, čo odvolací súd považuje vzhľadom na charakter rozhodnutia za postačujúce odôvodnenie. Navrhovateľ v odvolaní namieta, že vyrubenie súdneho poplatku za odvolanie proti rozsudku podľa položky 7a sadzobníka je v rozpore so zákonom, keďže vzhľadom na skutočnosť, že žalobu podal na súd pred 1.10.2012 (konkrétne dňa 27.9.2012), je v zmysle ust. § 18ca ZoSP nutné v súvislosti s podaným odvolaním aplikovať právny stav platný do 30.9.2012, dokedy bolo konanie vo veciach náhrady škody spôsobenej nezákonným rozhodnutím orgánu verejnej moci alebo jeho nesprávnym úradným postupom od poplatku vecne oslobodené, z čoho vyvodzuje, že mu nevznikla poplatková povinnosť v súvislosti s podaným odvolaním proti rozsudku zo dňa 10.11.2014, č.k. 43C/172/2012-65. Tento právny názor navrhovateľa však nie je správny.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Pre posúdenie správnosti vyrubenia súdneho poplatku za odvolanie proti rozsudku v tejto veci je podstatné ust. § 6 ods. 2 ZoSP, z ktorého je zrejmé, že ak je sadzba poplatku ustanovená za konanie, rozumie sa tým konanie na jednom stupni. Poplatok podľa rovnakej sadzby sa vyberá i v odvolacom konaní vo veci samej, a povinnosť platiť poplatok je závislá od právnej úpravy platnej a účinnej v čase, kedy bol poplatkový úkon urobený. To znamená, že navrhovateľ by nebol povinný zaplatiť poplatok za odvolanie iba v prípade, ak by odvolanie podal do 30.9.2012. Pretože odvolacie konanie sa začalo podaním odvolania proti rozsudku zo dňa 10.11.2014, č.k. 43C/172/2012-65 až dňa 15.1.2015, t.j. za účinnosti ZoSP v znení zák. č. 286/2012 Z.z., navrhovateľovi ako odvolateľovi (navrhovateľovi poplatkového úkonu - odvolania) vznikla poplatková povinnosť zaplatiť súdny poplatok za podané odvolanie vo výške 20,- eur. Povinnosť platiť poplatky podľa rovnakej sadzby i v odvolacom konaní vo veci samej vyplýva aj z bodu 3 veta prvá poznámok k položke 1 sadzobníka, na ktorý je poukaz v napadnutom uznesení. Keďže odvolacia námietka navrhovateľa o nesprávnom právnom posúdení veci neobstojí, odvolací súd napadnuté uznesenie súdu prvého stupňa podľa ust. § 219 ods. 1 O.s.p. ako vecne správne potvrdil. Poučenie: Proti tomuto uzneseniu odvolanie nie je prípustné.</w:t>
      </w:r>
    </w:p>
    <w:p/>
    <w:p>
      <w:r>
        <w:t>Zdroj: KAUZIS.SK – https://www.kauzis.sk/judikatura/r/ECLI:SK:KSBA:2015:1512223785.2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