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4CoZm/80/2013 z 20. 5. 2015</w:t>
      </w:r>
    </w:p>
    <w:p>
      <w:r>
        <w:t>Uznesenie Krajského súdu Bratislava z 20. mája 2015, sp. zn. 4CoZm/80/2013, ECLI:SK:KSBA:2015:1513201898.2</w:t>
      </w:r>
    </w:p>
    <w:p>
      <w:r>
        <w:t>Súd: Krajský súd Bratislava</w:t>
      </w:r>
    </w:p>
    <w:p>
      <w:r>
        <w:t>Spisová značka: 4CoZm/80/2013</w:t>
      </w:r>
    </w:p>
    <w:p>
      <w:r>
        <w:t>ECLI: ECLI:SK:KSBA:2015:1513201898.2</w:t>
      </w:r>
    </w:p>
    <w:p>
      <w:r>
        <w:t>Dátum vydania: 20. 5.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4CoZm/80/2013 Identifikačné číslo súdneho spisu: 1513201898 Dátum vydania rozhodnutia: 21. 05. 2015 Meno a priezvisko sudcu, VSÚ: JUDr. Blažena Hirnerová ECLI: ECLI:SK:KSBA:2015:1513201898.2</w:t>
      </w:r>
    </w:p>
    <w:p>
      <w:r>
        <w:t>Uznesenie Krajský súd v Bratislave v právnej veci navrhovateľa: M.B.A. Financie s.r.o., Vysoká 19, 811 01 Bratislava, IČO: 36 754 404, zastúpeného: JUDr. Ľudmilou Jurčovou, advokátkou, Michalská 9, 811 01 Bratislava, pobočka ul. Boženy Nemcovej 13, 977 01 Brezno (adr. na doručovanie), proti odporcom: 1/. H. W., H. X/XX, XXX XX U., O.: XX XXX XXX I. X/ D. W., J. B. XXX/XX, XXX XX U., o zaplatenie 70.287,36 eur s prísl. na základe zmenky, o odvolaní odporcov proti rozsudku Okresného súdu Bratislava V č.k. 3CbZm/17/2013-78 zo dňa 26.06.2013 a o späťvzatí návrhu na začatie konania, takto</w:t>
      </w:r>
    </w:p>
    <w:p>
      <w:r>
        <w:t>r o z h o d o l :</w:t>
      </w:r>
    </w:p>
    <w:p>
      <w:r>
        <w:t>Krajský súd v Bratislave späťvzatie návrhu zo dňa 03.03.2015 p r i p ú š ť a, rozsudok Okresného súdu Bratislava V č.k. 3CbZm/17/2013-78 zo dňa 26.06.2013 zrušuje a konanie vedené pred Okresným súdom Bratislava V pod sp. zn. 3CbZm/17/2013 z a s t a v u j e.</w:t>
      </w:r>
    </w:p>
    <w:p>
      <w:r>
        <w:t>Účastníkom náhradu trov odvolacieho konania n e p r i z n á v a .</w:t>
      </w:r>
    </w:p>
    <w:p>
      <w:r>
        <w:t>o d ô v o d n e n i e :</w:t>
      </w:r>
    </w:p>
    <w:p>
      <w:r>
        <w:t>Dňa 23.02.2012 doručil právny predchodca navrhovateľa súdu žalobu o zaplatenie 70.287,36 eur s prísl.. Súd prvého stupňa rozsudkom č.k. 3CbZm/17/2013-78 zo dňa 26.06.2013 ponechal zmenkový platobný rozkaz v platnosti a navrhovateľovi nepriznal právo na náhradu trov konania</w:t>
      </w:r>
    </w:p>
    <w:p>
      <w:r>
        <w:t>Odporcovia v zákonom stanovenej lehote podali proti predmetnému rozsudku odvolanie. Následne navrhovateľ dňa 09.03.2015 doručil súdu späťvzatie návrhu na začatie konania v celom rozsahu.</w:t>
      </w:r>
    </w:p>
    <w:p>
      <w:r>
        <w:t>Podľa § 208 O.s.p., ak je návrh na začatie konania vzatý späť, keď už rozhodol súd prvého stupňa, ale jeho rozhodnutie nie je dosiaľ právoplatné, odvolací súd rozhodne o pripustení späťvzatia. Súd späťvzatie nepripustí, ak druhý účastník s tým nesúhlasí. Ak späťvzatie pripustí, odvolací súd zruší rozhodnutie súdu prvého stupňa a konanie zastaví.</w:t>
      </w:r>
    </w:p>
    <w:p>
      <w:r>
        <w:t>Odvolací súd vyzval odporcov, aby v určenej lehote oznámili, či súhlasia so späťvzatím návrhu na začatie konania. V určenej lehote odporcovia na výzvu súdu nereagovali, preto má odvolací súd za to, že nebol preukázaný nesúhlas odporcov so späťvzatím návrhu.</w:t>
      </w:r>
    </w:p>
    <w:p>
      <w:r>
        <w:t>Na základe uvedených skutočností a citovaných zákonných ustanovení odvolací súd v zmysle § 208 O.s.p. pripustil späťvzatie návrhu na začatie konania, rozsudok Okresného súdu Bratislava V č.k. 3CbZm/17/2013-78 zo dňa 26.06.2013 zrušil a konanie zastavil.</w:t>
      </w:r>
    </w:p>
    <w:p>
      <w:r>
        <w:t>O trovách konania bolo rozhodnuté podľa § 224 ods. 1 v spojení s ustanovením § 146 ods. 1 písm. a/ O.s.p..</w:t>
      </w:r>
    </w:p>
    <w:p>
      <w:r>
        <w:t>Toto uznesenie bolo členmi senátu prijaté pomerom hlasov 3 : 0 (§ 3 ods. 9 tretia veta zák. č. 757/2004 Z. z. v znení neskorších predpisov).</w:t>
      </w:r>
    </w:p>
    <w:p>
      <w:r>
        <w:t>Poučenie:</w:t>
      </w:r>
    </w:p>
    <w:p>
      <w:r>
        <w:t>Proti tomuto uzneseniu odvolanie nie je prípustné.</w:t>
      </w:r>
    </w:p>
    <w:p/>
    <w:p>
      <w:r>
        <w:t>Zdroj: KAUZIS.SK – https://www.kauzis.sk/judikatura/r/ECLI:SK:KSBA:2015:1513201898.2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