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21CoE/75/2015 z 11. 5. 2015</w:t>
      </w:r>
    </w:p>
    <w:p>
      <w:r>
        <w:t>Opravné uznesenie Krajského súdu Bratislava z 11. mája 2015, sp. zn. 21CoE/75/2015, ECLI:SK:KSBA:2015:1513243410.2</w:t>
      </w:r>
    </w:p>
    <w:p>
      <w:r>
        <w:t>Súd: Krajský súd Bratislava</w:t>
      </w:r>
    </w:p>
    <w:p>
      <w:r>
        <w:t>Spisová značka: 21CoE/75/2015</w:t>
      </w:r>
    </w:p>
    <w:p>
      <w:r>
        <w:t>ECLI: ECLI:SK:KSBA:2015:1513243410.2</w:t>
      </w:r>
    </w:p>
    <w:p>
      <w:r>
        <w:t>Dátum vydania: 11. 5. 2015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Bratislava Spisová značka: 21CoE/75/2015 Identifikačné číslo súdneho spisu: 1513243410 Dátum vydania rozhodnutia: 12. 05. 2015 Meno a priezvisko sudcu, VSÚ: JUDr. Lýdia Noskovičová ECLI: ECLI:SK:KSBA:2015:1513243410.2 Opravné uznesenie Krajský súd v Bratislave v právnej veci oprávneného: Z.. U. M., Q.. XX.XX.XXXX, U. Š.P. XX, XXX XX U., proti povinnej: J.. X. M. S.Á., Q.. XX.XX.XXXX, U. Č. XX, XXX XX U., zast. Advokátska kancelária, JUDr. Miroslav Kučera, Krajinská 30, 821 06 Bratislava, o výkon rozhodnutia o výchove maloletého dieťaťa: M. M., Q.. XX.XX.XXXX, zast. kolíznym opatrovníkom Úrad práce, sociálnych vecí a rodiny, Vazovova 7/A, Bratislava, o odvolaní povinnej proti uzneseniu Okresného súdu Bratislava V č. k. 2Em/5/2013-343 zo dňa 16.01.2015, takto r o z h o d o l : Záhlavie Uznesenia Krajského súdu v Bratislave č. k. 21CoE/75/2015-492 zo dňa 28.04.2015 sa opravuje tak, že správne znie: „Krajský súd v Bratislave v právnej veci oprávneného: Z.. U. M., Q.. XX.XX.XXXX, U. Š. XX, XXX XX U., proti povinnej: J.. X. M. S., Q.. XX.XX.XXXX, U. Č. XX, XXX XX U., zast. Advokátska kancelária, JUDr. Miroslav Kučera, Krajinská 30, 821 06 Bratislava, o výkon rozhodnutia o výchove maloletého dieťaťa: M. M., Q.. XX.XX.XXXX, zast. kolíznym opatrovníkom Úrad práce, sociálnych vecí a rodiny, Vazovova 7/A, Bratislava, o odvolaní povinnej proti uzneseniu Okresného súdu Bratislava V č. k. 2Em/5/2013-343 zo dňa 16.01.2015, takto r o z h o d o l .“ o d ô v o d n e n i e : Krajský súd v Bratislave, ako súd odvolací, svojím rozhodnutím zo dňa 28.04.2015, č. k. 21CoE/75/2015-492 odmietol odvolanie povinnej proti uzneseniu Okresného súdu Bratislava V č. k. 2Em/5/2013-343 zo dňa 16.01.2015 ako podané oneskorene podľa ust. § 218 ods. 1 písm. a) O.s.p.. V písomnom vyhotovení uznesenia č. k. 21CoE/75/2015-492 zo dňa 28.04.2015 došlo v záhlaví rozhodnutia k zrejmej nesprávnosti, kde tunajší súd uviedol nesprávne označenie právneho zástupcu povinnej a k chybe v písaní. Podľa § 211 ods. 2 O.s.p., ak tento zákon neustanovuje inak, pre konanie na odvolacom súde platia primerane ustanovenia o konaní pred súdom prvého stupňa. Podľa § 216 O.s.p. ustanovenia § 92 ods. 1 a 4, § 97 a § 98 pre odvolacie konanie neplatia. Podľa § 164 O.s.p. súd kedykoľvek aj bez návrhu opraví v rozsudku chyby v písaní a počítaní, ako aj iné zrejmé nesprávnosti. O návrhu na opravu súd rozhodne do 30 dní od jeho podania. O oprave vydá opravné uznesenie, ktoré doručí účastníkom. Pritom môže odložiť vykonateľnosť rozsudku na čas, kým opravné uznesenie nenadobudne právoplatnosť. Podľa § 167 ods. 2 O.s.p., ak nie je ďalej ustanovené inak, použijú sa na uznesenie primerane ustanovenia o rozsudku. Vzhľadom na uvedené a s poukazom na vyššie citované ustanovenia, odvolací súd rozhodol tak, ako je uvedené vo výroku tohto uznesenia. Toto uznesenie bolo členmi senátu prijaté pomerom hlasov 3:0 (§ 3 ods. 9 druhá veta zákona č. 757/2004 Z.z. v znení neskorších predpisov). Poučenie: Proti tomuto uzneseniu odvolanie nie je prípustné.</w:t>
      </w:r>
    </w:p>
    <w:p/>
    <w:p>
      <w:r>
        <w:t>Zdroj: KAUZIS.SK – https://www.kauzis.sk/judikatura/r/ECLI:SK:KSBA:2015:1513243410.2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